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A3D5A" w14:textId="48A46249" w:rsidR="00AD7553" w:rsidRPr="00045D89" w:rsidRDefault="00992704">
      <w:pPr>
        <w:spacing w:after="80"/>
        <w:jc w:val="center"/>
        <w:rPr>
          <w:lang w:val="ru-RU"/>
        </w:rPr>
      </w:pPr>
      <w:r w:rsidRPr="00045D89">
        <w:rPr>
          <w:b/>
          <w:sz w:val="32"/>
          <w:lang w:val="ru-RU"/>
        </w:rPr>
        <w:t>ПОЛЬЗОВАТЕЛЬСКОЕ СОГЛАШЕНИЕ</w:t>
      </w:r>
      <w:r w:rsidR="00045D89">
        <w:rPr>
          <w:b/>
          <w:sz w:val="32"/>
          <w:lang w:val="ru-RU"/>
        </w:rPr>
        <w:t xml:space="preserve"> </w:t>
      </w:r>
      <w:r w:rsidRPr="00045D89">
        <w:rPr>
          <w:b/>
          <w:sz w:val="32"/>
          <w:lang w:val="ru-RU"/>
        </w:rPr>
        <w:br/>
        <w:t>(ПУБЛИЧНАЯ ОФЕРТА)</w:t>
      </w:r>
      <w:r w:rsidRPr="00045D89">
        <w:rPr>
          <w:b/>
          <w:sz w:val="32"/>
          <w:lang w:val="ru-RU"/>
        </w:rPr>
        <w:br/>
      </w:r>
      <w:r w:rsidRPr="00045D89">
        <w:rPr>
          <w:b/>
          <w:sz w:val="28"/>
          <w:lang w:val="ru-RU"/>
        </w:rPr>
        <w:t>об использовании мобильного приложения «ВРУМ»</w:t>
      </w:r>
    </w:p>
    <w:p w14:paraId="200088E7" w14:textId="77777777" w:rsidR="00AD7553" w:rsidRPr="00045D89" w:rsidRDefault="00992704">
      <w:pPr>
        <w:spacing w:after="40" w:line="245" w:lineRule="auto"/>
        <w:jc w:val="center"/>
        <w:rPr>
          <w:lang w:val="ru-RU"/>
        </w:rPr>
      </w:pPr>
      <w:r w:rsidRPr="00045D89">
        <w:rPr>
          <w:lang w:val="ru-RU"/>
        </w:rPr>
        <w:t>Редакция от «___» __________ 2026 г.</w:t>
      </w:r>
    </w:p>
    <w:p w14:paraId="4F90CC46" w14:textId="77777777" w:rsidR="00AD7553" w:rsidRPr="00045D89" w:rsidRDefault="00992704">
      <w:pPr>
        <w:spacing w:line="245" w:lineRule="auto"/>
        <w:jc w:val="center"/>
        <w:rPr>
          <w:lang w:val="ru-RU"/>
        </w:rPr>
      </w:pPr>
      <w:r w:rsidRPr="00045D89">
        <w:rPr>
          <w:lang w:val="ru-RU"/>
        </w:rPr>
        <w:t>Дата публикации: «___» __________ 2026 г.</w:t>
      </w:r>
    </w:p>
    <w:p w14:paraId="00F988C7" w14:textId="77777777" w:rsidR="00AD7553" w:rsidRPr="00045D89" w:rsidRDefault="00992704">
      <w:pPr>
        <w:spacing w:after="280" w:line="245" w:lineRule="auto"/>
        <w:jc w:val="center"/>
        <w:rPr>
          <w:lang w:val="ru-RU"/>
        </w:rPr>
      </w:pPr>
      <w:r w:rsidRPr="00045D89">
        <w:rPr>
          <w:lang w:val="ru-RU"/>
        </w:rPr>
        <w:t>г. Новосибирск</w:t>
      </w:r>
    </w:p>
    <w:p w14:paraId="0000EAA0" w14:textId="77777777" w:rsidR="00AD7553" w:rsidRPr="00045D89" w:rsidRDefault="00992704">
      <w:pPr>
        <w:spacing w:after="80" w:line="245" w:lineRule="auto"/>
        <w:rPr>
          <w:lang w:val="ru-RU"/>
        </w:rPr>
      </w:pPr>
      <w:r w:rsidRPr="00045D89">
        <w:rPr>
          <w:lang w:val="ru-RU"/>
        </w:rPr>
        <w:t xml:space="preserve">Общество с ограниченной ответственностью </w:t>
      </w:r>
      <w:r w:rsidRPr="00045D89">
        <w:rPr>
          <w:lang w:val="ru-RU"/>
        </w:rPr>
        <w:t>«ТЕХНОЛОГИКА54», ИНН 5473025280, ОГРН 1265400010534, место нахождения: 630056, Новосибирская область, г. Новосибирск, ул. Варшавская, дом 5, именуемое далее «Платформа» или «ВРУМ», публикует настоящее пользовательское соглашение и публичную оферту, адресов</w:t>
      </w:r>
      <w:r w:rsidRPr="00045D89">
        <w:rPr>
          <w:lang w:val="ru-RU"/>
        </w:rPr>
        <w:t>анную пользователям мобильного приложения «ВРУМ».</w:t>
      </w:r>
    </w:p>
    <w:p w14:paraId="3E35B5AC" w14:textId="77777777" w:rsidR="00AD7553" w:rsidRPr="00045D89" w:rsidRDefault="00992704">
      <w:pPr>
        <w:spacing w:after="80" w:line="245" w:lineRule="auto"/>
        <w:rPr>
          <w:lang w:val="ru-RU"/>
        </w:rPr>
      </w:pPr>
      <w:r w:rsidRPr="00045D89">
        <w:rPr>
          <w:lang w:val="ru-RU"/>
        </w:rPr>
        <w:t xml:space="preserve">Настоящее соглашение регулирует порядок использования приложения «ВРУМ», цифрового гаража, поиска и записи в СТО, вызова выездной помощи, эвакуатора, услуг </w:t>
      </w:r>
      <w:proofErr w:type="spellStart"/>
      <w:r w:rsidRPr="00045D89">
        <w:rPr>
          <w:lang w:val="ru-RU"/>
        </w:rPr>
        <w:t>автоподбора</w:t>
      </w:r>
      <w:proofErr w:type="spellEnd"/>
      <w:r w:rsidRPr="00045D89">
        <w:rPr>
          <w:lang w:val="ru-RU"/>
        </w:rPr>
        <w:t>, проверки автомобиля перед покупкой, о</w:t>
      </w:r>
      <w:r w:rsidRPr="00045D89">
        <w:rPr>
          <w:lang w:val="ru-RU"/>
        </w:rPr>
        <w:t>платы через Платформу, направления обращений и иных функций сервиса.</w:t>
      </w:r>
    </w:p>
    <w:p w14:paraId="2D8759A5" w14:textId="77777777" w:rsidR="00AD7553" w:rsidRPr="00045D89" w:rsidRDefault="00992704">
      <w:pPr>
        <w:spacing w:after="80" w:line="245" w:lineRule="auto"/>
        <w:rPr>
          <w:lang w:val="ru-RU"/>
        </w:rPr>
      </w:pPr>
      <w:r w:rsidRPr="00045D89">
        <w:rPr>
          <w:lang w:val="ru-RU"/>
        </w:rPr>
        <w:t xml:space="preserve">Соглашение размещается в мобильном приложении «ВРУМ» в разделе «Правовые документы», а также на сайте Платформы в разделе «Правовые документы» по адресу: </w:t>
      </w:r>
      <w:proofErr w:type="spellStart"/>
      <w:r>
        <w:t>wroomauto</w:t>
      </w:r>
      <w:proofErr w:type="spellEnd"/>
      <w:r w:rsidRPr="00045D89">
        <w:rPr>
          <w:lang w:val="ru-RU"/>
        </w:rPr>
        <w:t>.</w:t>
      </w:r>
      <w:proofErr w:type="spellStart"/>
      <w:r>
        <w:t>ru</w:t>
      </w:r>
      <w:proofErr w:type="spellEnd"/>
      <w:r w:rsidRPr="00045D89">
        <w:rPr>
          <w:lang w:val="ru-RU"/>
        </w:rPr>
        <w:t>/</w:t>
      </w:r>
      <w:r>
        <w:t>legal</w:t>
      </w:r>
      <w:r w:rsidRPr="00045D89">
        <w:rPr>
          <w:lang w:val="ru-RU"/>
        </w:rPr>
        <w:t>/</w:t>
      </w:r>
      <w:r>
        <w:t>user</w:t>
      </w:r>
      <w:r w:rsidRPr="00045D89">
        <w:rPr>
          <w:lang w:val="ru-RU"/>
        </w:rPr>
        <w:t>-</w:t>
      </w:r>
      <w:r>
        <w:t>agreement</w:t>
      </w:r>
      <w:r w:rsidRPr="00045D89">
        <w:rPr>
          <w:lang w:val="ru-RU"/>
        </w:rPr>
        <w:t>.</w:t>
      </w:r>
    </w:p>
    <w:p w14:paraId="3C86C75D" w14:textId="77777777" w:rsidR="00AD7553" w:rsidRPr="00045D89" w:rsidRDefault="00992704">
      <w:pPr>
        <w:spacing w:after="80" w:line="245" w:lineRule="auto"/>
        <w:rPr>
          <w:lang w:val="ru-RU"/>
        </w:rPr>
      </w:pPr>
      <w:r w:rsidRPr="00045D89">
        <w:rPr>
          <w:lang w:val="ru-RU"/>
        </w:rPr>
        <w:t>Конкретная редакция соглашения определяется по дате её публикации и версии, зафиксированной Платформой в момент акцепта Пользователем или совершения юридически значимого действия.</w:t>
      </w:r>
    </w:p>
    <w:p w14:paraId="199B0C03" w14:textId="77777777" w:rsidR="00AD7553" w:rsidRPr="00045D89" w:rsidRDefault="00992704">
      <w:pPr>
        <w:spacing w:line="245" w:lineRule="auto"/>
        <w:rPr>
          <w:lang w:val="ru-RU"/>
        </w:rPr>
      </w:pPr>
      <w:r w:rsidRPr="00045D89">
        <w:rPr>
          <w:b/>
          <w:lang w:val="ru-RU"/>
        </w:rPr>
        <w:t xml:space="preserve">Ключевая правовая конструкция: </w:t>
      </w:r>
      <w:r w:rsidRPr="00045D89">
        <w:rPr>
          <w:lang w:val="ru-RU"/>
        </w:rPr>
        <w:t>ВРУМ является информационной платформой, вл</w:t>
      </w:r>
      <w:r w:rsidRPr="00045D89">
        <w:rPr>
          <w:lang w:val="ru-RU"/>
        </w:rPr>
        <w:t>адельцем агрегатора информации об услугах и агентом исполнителей по приёму оплаты. Фактические автоуслуги оказывает выбранный Пользователем исполнитель: СТО, выездной мастер, эвакуатор, автоэксперт или иной партнёр. ВРУМ не является СТО и не выполняет ремо</w:t>
      </w:r>
      <w:r w:rsidRPr="00045D89">
        <w:rPr>
          <w:lang w:val="ru-RU"/>
        </w:rPr>
        <w:t>нт, диагностику, эвакуацию или подбор автомобилей собственными силами, если иное прямо не указано в интерфейсе приложения.</w:t>
      </w:r>
    </w:p>
    <w:p w14:paraId="6C287EAB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1. ТЕРМИНЫ</w:t>
      </w:r>
    </w:p>
    <w:p w14:paraId="68904D12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1.1. </w:t>
      </w:r>
      <w:r w:rsidRPr="00045D89">
        <w:rPr>
          <w:lang w:val="ru-RU"/>
        </w:rPr>
        <w:t>Платформа / ВРУМ — мобильное приложение, сайт, личный кабинет, программный комплекс, информационная система и иные те</w:t>
      </w:r>
      <w:r w:rsidRPr="00045D89">
        <w:rPr>
          <w:lang w:val="ru-RU"/>
        </w:rPr>
        <w:t xml:space="preserve">хнические средства ООО «ТЕХНОЛОГИКА54», обеспечивающие взаимодействие Пользователей, Исполнителей, партнёров, платёжных сервисов, операторов </w:t>
      </w:r>
      <w:proofErr w:type="spellStart"/>
      <w:r w:rsidRPr="00045D89">
        <w:rPr>
          <w:lang w:val="ru-RU"/>
        </w:rPr>
        <w:t>фискализации</w:t>
      </w:r>
      <w:proofErr w:type="spellEnd"/>
      <w:r w:rsidRPr="00045D89">
        <w:rPr>
          <w:lang w:val="ru-RU"/>
        </w:rPr>
        <w:t xml:space="preserve"> и иных участников.</w:t>
      </w:r>
    </w:p>
    <w:p w14:paraId="02E99B90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1.2. </w:t>
      </w:r>
      <w:r w:rsidRPr="00045D89">
        <w:rPr>
          <w:lang w:val="ru-RU"/>
        </w:rPr>
        <w:t>Пользователь / Клиент — физическое лицо, использующее приложение «ВРУМ» для по</w:t>
      </w:r>
      <w:r w:rsidRPr="00045D89">
        <w:rPr>
          <w:lang w:val="ru-RU"/>
        </w:rPr>
        <w:t xml:space="preserve">иска исполнителя, оформления заявки, записи в СТО, вызова выездной помощи, эвакуатора, заказа </w:t>
      </w:r>
      <w:proofErr w:type="spellStart"/>
      <w:r w:rsidRPr="00045D89">
        <w:rPr>
          <w:lang w:val="ru-RU"/>
        </w:rPr>
        <w:t>автоподбора</w:t>
      </w:r>
      <w:proofErr w:type="spellEnd"/>
      <w:r w:rsidRPr="00045D89">
        <w:rPr>
          <w:lang w:val="ru-RU"/>
        </w:rPr>
        <w:t>, проверки автомобиля перед покупкой, ведения цифрового гаража или использования иных функций Платформы. Если Пользователь действует как ИП или предста</w:t>
      </w:r>
      <w:r w:rsidRPr="00045D89">
        <w:rPr>
          <w:lang w:val="ru-RU"/>
        </w:rPr>
        <w:t>витель организации, к нему применяются положения настоящего соглашения с учётом его статуса, а нормы законодательства о защите прав потребителей применяются только в случаях, предусмотренных законом.</w:t>
      </w:r>
    </w:p>
    <w:p w14:paraId="570185A1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1.3. </w:t>
      </w:r>
      <w:r w:rsidRPr="00045D89">
        <w:rPr>
          <w:lang w:val="ru-RU"/>
        </w:rPr>
        <w:t>Исполнитель — самостоятельное лицо, оказывающее Пол</w:t>
      </w:r>
      <w:r w:rsidRPr="00045D89">
        <w:rPr>
          <w:lang w:val="ru-RU"/>
        </w:rPr>
        <w:t>ьзователю фактическую услугу: автосервис, индивидуальный предприниматель, юридическое лицо, самозанятый выездной мастер, автоэксперт, эвакуатор, партнёр или иной участник, подключённый к Платформе.</w:t>
      </w:r>
    </w:p>
    <w:p w14:paraId="707052AC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1.4. </w:t>
      </w:r>
      <w:r w:rsidRPr="00045D89">
        <w:rPr>
          <w:lang w:val="ru-RU"/>
        </w:rPr>
        <w:t>СТО — Исполнитель, оказывающий услуги технического об</w:t>
      </w:r>
      <w:r w:rsidRPr="00045D89">
        <w:rPr>
          <w:lang w:val="ru-RU"/>
        </w:rPr>
        <w:t>служивания, ремонта, диагностики, шиномонтажа, проверки автомобиля перед покупкой и иные услуги в стационарном автосервисе.</w:t>
      </w:r>
    </w:p>
    <w:p w14:paraId="20207185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1.5. </w:t>
      </w:r>
      <w:r w:rsidRPr="00045D89">
        <w:rPr>
          <w:lang w:val="ru-RU"/>
        </w:rPr>
        <w:t>Выездной мастер — Исполнитель, оказывающий разрешённые Платформой простые выездные услуги вне стационарного автосервиса, включа</w:t>
      </w:r>
      <w:r w:rsidRPr="00045D89">
        <w:rPr>
          <w:lang w:val="ru-RU"/>
        </w:rPr>
        <w:t>я запуск двигателя, замену колеса, подкачку шин, простую диагностику и иные услуги.</w:t>
      </w:r>
    </w:p>
    <w:p w14:paraId="17AFB77D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1.6. </w:t>
      </w:r>
      <w:r w:rsidRPr="00045D89">
        <w:rPr>
          <w:lang w:val="ru-RU"/>
        </w:rPr>
        <w:t>Эвакуатор / партнёр — Исполнитель, оказывающий услуги эвакуации, транспортировки транспортных средств, дорожной помощи или иные партнёрские услуги.</w:t>
      </w:r>
    </w:p>
    <w:p w14:paraId="4B1EE46A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1.7. </w:t>
      </w:r>
      <w:r w:rsidRPr="00045D89">
        <w:rPr>
          <w:lang w:val="ru-RU"/>
        </w:rPr>
        <w:t xml:space="preserve">Автоэксперт / </w:t>
      </w:r>
      <w:r w:rsidRPr="00045D89">
        <w:rPr>
          <w:lang w:val="ru-RU"/>
        </w:rPr>
        <w:t xml:space="preserve">специалист по </w:t>
      </w:r>
      <w:proofErr w:type="spellStart"/>
      <w:r w:rsidRPr="00045D89">
        <w:rPr>
          <w:lang w:val="ru-RU"/>
        </w:rPr>
        <w:t>автоподбору</w:t>
      </w:r>
      <w:proofErr w:type="spellEnd"/>
      <w:r w:rsidRPr="00045D89">
        <w:rPr>
          <w:lang w:val="ru-RU"/>
        </w:rPr>
        <w:t xml:space="preserve"> — Исполнитель, оказывающий услуги осмотра, консультации, проверки, диагностики и подготовки отчёта в отношении транспортного средства. Самозанятый автоэксперт </w:t>
      </w:r>
      <w:r w:rsidRPr="00045D89">
        <w:rPr>
          <w:lang w:val="ru-RU"/>
        </w:rPr>
        <w:lastRenderedPageBreak/>
        <w:t>оказывает только личный осмотр, консультацию и отчёт; индивидуальный пр</w:t>
      </w:r>
      <w:r w:rsidRPr="00045D89">
        <w:rPr>
          <w:lang w:val="ru-RU"/>
        </w:rPr>
        <w:t>едприниматель может оказывать осмотр, подбор и расширенное сопровождение в пределах закона и условий Платформы.</w:t>
      </w:r>
    </w:p>
    <w:p w14:paraId="7B2DA493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1.8. </w:t>
      </w:r>
      <w:r w:rsidRPr="00045D89">
        <w:rPr>
          <w:lang w:val="ru-RU"/>
        </w:rPr>
        <w:t>Услуги Исполнителя — фактические услуги, оказываемые Пользователю Исполнителем: ремонт, диагностика, обслуживание, шиномонтаж, выездная пом</w:t>
      </w:r>
      <w:r w:rsidRPr="00045D89">
        <w:rPr>
          <w:lang w:val="ru-RU"/>
        </w:rPr>
        <w:t xml:space="preserve">ощь, эвакуация, </w:t>
      </w:r>
      <w:proofErr w:type="spellStart"/>
      <w:r w:rsidRPr="00045D89">
        <w:rPr>
          <w:lang w:val="ru-RU"/>
        </w:rPr>
        <w:t>автоподбор</w:t>
      </w:r>
      <w:proofErr w:type="spellEnd"/>
      <w:r w:rsidRPr="00045D89">
        <w:rPr>
          <w:lang w:val="ru-RU"/>
        </w:rPr>
        <w:t>, проверка автомобиля перед покупкой, консультация и иные услуги.</w:t>
      </w:r>
    </w:p>
    <w:p w14:paraId="210F9517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1.9. </w:t>
      </w:r>
      <w:r w:rsidRPr="00045D89">
        <w:rPr>
          <w:lang w:val="ru-RU"/>
        </w:rPr>
        <w:t>Услуги Платформы — информационные, агентские, технические, организационные и цифровые услуги ВРУМ: поиск исполнителей, передача заявок, запись, приём оплаты ка</w:t>
      </w:r>
      <w:r w:rsidRPr="00045D89">
        <w:rPr>
          <w:lang w:val="ru-RU"/>
        </w:rPr>
        <w:t>к агент Исполнителя, хранение истории, цифровой гараж, коммуникация, рейтинг, фотоотчёты, модерация обращений и иные функции приложения.</w:t>
      </w:r>
    </w:p>
    <w:p w14:paraId="6DD7463B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1.10. </w:t>
      </w:r>
      <w:r w:rsidRPr="00045D89">
        <w:rPr>
          <w:lang w:val="ru-RU"/>
        </w:rPr>
        <w:t>Заявка — обращение Пользователя, сформированное через приложение, содержащее сведения об автомобиле, услуге, мест</w:t>
      </w:r>
      <w:r w:rsidRPr="00045D89">
        <w:rPr>
          <w:lang w:val="ru-RU"/>
        </w:rPr>
        <w:t>е, времени, исполнителе, цене, контактных данных и иных параметрах.</w:t>
      </w:r>
    </w:p>
    <w:p w14:paraId="76AE2C15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1.11. </w:t>
      </w:r>
      <w:r w:rsidRPr="00045D89">
        <w:rPr>
          <w:lang w:val="ru-RU"/>
        </w:rPr>
        <w:t>Цифровой гараж — раздел приложения, в котором Пользователь может хранить сведения об автомобиле, историю заявок, фотоотчёты, документы, напоминания, расходы, сведения о ТО, ремонтах,</w:t>
      </w:r>
      <w:r w:rsidRPr="00045D89">
        <w:rPr>
          <w:lang w:val="ru-RU"/>
        </w:rPr>
        <w:t xml:space="preserve"> диагностике и иные данные.</w:t>
      </w:r>
    </w:p>
    <w:p w14:paraId="12DE1C2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1.12. </w:t>
      </w:r>
      <w:r w:rsidRPr="00045D89">
        <w:rPr>
          <w:lang w:val="ru-RU"/>
        </w:rPr>
        <w:t>Подписка — платный доступ к отдельным функциям Платформы, включая расширенные функции цифрового гаража, уведомления, дополнительные отчёты, семейный доступ, корпоративные функции или иные возможности, указанные в приложени</w:t>
      </w:r>
      <w:r w:rsidRPr="00045D89">
        <w:rPr>
          <w:lang w:val="ru-RU"/>
        </w:rPr>
        <w:t>и.</w:t>
      </w:r>
    </w:p>
    <w:p w14:paraId="6DEA43F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1.13. </w:t>
      </w:r>
      <w:r w:rsidRPr="00045D89">
        <w:rPr>
          <w:lang w:val="ru-RU"/>
        </w:rPr>
        <w:t xml:space="preserve">Партнёрский сервис / модуль — отдельная функция приложения, которая может быть предоставлена при участии Исполнителей, партнёров, платёжных сервисов, операторов </w:t>
      </w:r>
      <w:proofErr w:type="spellStart"/>
      <w:r w:rsidRPr="00045D89">
        <w:rPr>
          <w:lang w:val="ru-RU"/>
        </w:rPr>
        <w:t>фискализации</w:t>
      </w:r>
      <w:proofErr w:type="spellEnd"/>
      <w:r w:rsidRPr="00045D89">
        <w:rPr>
          <w:lang w:val="ru-RU"/>
        </w:rPr>
        <w:t xml:space="preserve">, картографических сервисов, операторов связи, сервисов проверки </w:t>
      </w:r>
      <w:r w:rsidRPr="00045D89">
        <w:rPr>
          <w:lang w:val="ru-RU"/>
        </w:rPr>
        <w:t xml:space="preserve">данных, страховых, </w:t>
      </w:r>
      <w:proofErr w:type="spellStart"/>
      <w:r w:rsidRPr="00045D89">
        <w:rPr>
          <w:lang w:val="ru-RU"/>
        </w:rPr>
        <w:t>ассистанс</w:t>
      </w:r>
      <w:proofErr w:type="spellEnd"/>
      <w:r w:rsidRPr="00045D89">
        <w:rPr>
          <w:lang w:val="ru-RU"/>
        </w:rPr>
        <w:t>-компаний и иных лиц.</w:t>
      </w:r>
    </w:p>
    <w:p w14:paraId="4F3DCE4B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1.14. </w:t>
      </w:r>
      <w:r w:rsidRPr="00045D89">
        <w:rPr>
          <w:lang w:val="ru-RU"/>
        </w:rPr>
        <w:t xml:space="preserve">Фотоотчёт / отчёт — фотографии, комментарии, диагностические данные, заказ-наряды, акты, заключения, отчёты </w:t>
      </w:r>
      <w:proofErr w:type="spellStart"/>
      <w:r w:rsidRPr="00045D89">
        <w:rPr>
          <w:lang w:val="ru-RU"/>
        </w:rPr>
        <w:t>автоподбора</w:t>
      </w:r>
      <w:proofErr w:type="spellEnd"/>
      <w:r w:rsidRPr="00045D89">
        <w:rPr>
          <w:lang w:val="ru-RU"/>
        </w:rPr>
        <w:t>, отчёты проверки автомобиля в СТО и иные материалы, загружаемые Исполнителем или</w:t>
      </w:r>
      <w:r w:rsidRPr="00045D89">
        <w:rPr>
          <w:lang w:val="ru-RU"/>
        </w:rPr>
        <w:t xml:space="preserve"> Пользователем в приложение.</w:t>
      </w:r>
    </w:p>
    <w:p w14:paraId="111FE765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1.15. </w:t>
      </w:r>
      <w:r w:rsidRPr="00045D89">
        <w:rPr>
          <w:lang w:val="ru-RU"/>
        </w:rPr>
        <w:t xml:space="preserve">Правовые документы — настоящее соглашение, политика обработки персональных данных, согласия, тарифы, правила отдельных модулей, условия подписки, правила акций и иные документы, размещённые в приложении и/или на сайте </w:t>
      </w:r>
      <w:proofErr w:type="spellStart"/>
      <w:r>
        <w:t>wro</w:t>
      </w:r>
      <w:r>
        <w:t>omauto</w:t>
      </w:r>
      <w:proofErr w:type="spellEnd"/>
      <w:r w:rsidRPr="00045D89">
        <w:rPr>
          <w:lang w:val="ru-RU"/>
        </w:rPr>
        <w:t>.</w:t>
      </w:r>
      <w:proofErr w:type="spellStart"/>
      <w:r>
        <w:t>ru</w:t>
      </w:r>
      <w:proofErr w:type="spellEnd"/>
      <w:r w:rsidRPr="00045D89">
        <w:rPr>
          <w:lang w:val="ru-RU"/>
        </w:rPr>
        <w:t>.</w:t>
      </w:r>
    </w:p>
    <w:p w14:paraId="0FFCC07F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2. ПРАВОВОЙ СТАТУС ВРУМ</w:t>
      </w:r>
    </w:p>
    <w:p w14:paraId="6E71817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2.1. </w:t>
      </w:r>
      <w:r w:rsidRPr="00045D89">
        <w:rPr>
          <w:lang w:val="ru-RU"/>
        </w:rPr>
        <w:t>ВРУМ является информационной платформой, владельцем агрегатора информации об услугах и агентом Исполнителя в части приёма оплаты, удержания вознаграждения Платформы и перечисления денежных средств Исполнителю.</w:t>
      </w:r>
    </w:p>
    <w:p w14:paraId="13803D9F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2.2. </w:t>
      </w:r>
      <w:r w:rsidRPr="00045D89">
        <w:rPr>
          <w:lang w:val="ru-RU"/>
        </w:rPr>
        <w:t>В</w:t>
      </w:r>
      <w:r w:rsidRPr="00045D89">
        <w:rPr>
          <w:lang w:val="ru-RU"/>
        </w:rPr>
        <w:t xml:space="preserve">РУМ не является автосервисом, ремонтной организацией, эвакуатором, автоэкспертом, продавцом автомобиля, покупателем автомобиля, оценочной организацией, страховой организацией или исполнителем фактических </w:t>
      </w:r>
      <w:proofErr w:type="spellStart"/>
      <w:r w:rsidRPr="00045D89">
        <w:rPr>
          <w:lang w:val="ru-RU"/>
        </w:rPr>
        <w:t>автоуслуг</w:t>
      </w:r>
      <w:proofErr w:type="spellEnd"/>
      <w:r w:rsidRPr="00045D89">
        <w:rPr>
          <w:lang w:val="ru-RU"/>
        </w:rPr>
        <w:t>, если иное прямо не указано в интерфейсе п</w:t>
      </w:r>
      <w:r w:rsidRPr="00045D89">
        <w:rPr>
          <w:lang w:val="ru-RU"/>
        </w:rPr>
        <w:t>риложения.</w:t>
      </w:r>
    </w:p>
    <w:p w14:paraId="39C8C79E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2.3. </w:t>
      </w:r>
      <w:r w:rsidRPr="00045D89">
        <w:rPr>
          <w:lang w:val="ru-RU"/>
        </w:rPr>
        <w:t xml:space="preserve">Фактическую услугу оказывает Исполнитель, выбранный Пользователем или назначенный в порядке, предусмотренном интерфейсом приложения. Данные Исполнителя отображаются в карточке услуги, заказе, чеке, уведомлении или ином разделе приложения в </w:t>
      </w:r>
      <w:r w:rsidRPr="00045D89">
        <w:rPr>
          <w:lang w:val="ru-RU"/>
        </w:rPr>
        <w:t>объёме, предусмотренном законом и техническими возможностями Платформы.</w:t>
      </w:r>
    </w:p>
    <w:p w14:paraId="669EBD7B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2.4. </w:t>
      </w:r>
      <w:r w:rsidRPr="00045D89">
        <w:rPr>
          <w:lang w:val="ru-RU"/>
        </w:rPr>
        <w:t>Отношения по фактическому оказанию услуги возникают между Пользователем и Исполнителем. ВРУМ обеспечивает поиск, оформление заявки, техническое сопровождение, приём оплаты, хранен</w:t>
      </w:r>
      <w:r w:rsidRPr="00045D89">
        <w:rPr>
          <w:lang w:val="ru-RU"/>
        </w:rPr>
        <w:t>ие истории и возможность направить обращение.</w:t>
      </w:r>
    </w:p>
    <w:p w14:paraId="72D803A7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2.5. </w:t>
      </w:r>
      <w:r w:rsidRPr="00045D89">
        <w:rPr>
          <w:lang w:val="ru-RU"/>
        </w:rPr>
        <w:t>ВРУМ не отвечает за качество, сроки, безопасность, результат, гарантию, скрытые недостатки, повреждения автомобиля, действия работников, мастеров, подрядчиков, оборудования, материалов и запасных частей Ис</w:t>
      </w:r>
      <w:r w:rsidRPr="00045D89">
        <w:rPr>
          <w:lang w:val="ru-RU"/>
        </w:rPr>
        <w:t>полнителя, за исключением случаев, когда такая ответственность прямо возложена на ВРУМ императивными нормами закона.</w:t>
      </w:r>
    </w:p>
    <w:p w14:paraId="6411140E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2.6. </w:t>
      </w:r>
      <w:r w:rsidRPr="00045D89">
        <w:rPr>
          <w:lang w:val="ru-RU"/>
        </w:rPr>
        <w:t>Положения настоящего соглашения не направлены на ограничение прав потребителя, которые не могут быть ограничены соглашением сторон. ВР</w:t>
      </w:r>
      <w:r w:rsidRPr="00045D89">
        <w:rPr>
          <w:lang w:val="ru-RU"/>
        </w:rPr>
        <w:t>УМ исполняет обязанности владельца агрегатора информации об услугах в пределах законодательства Российской Федерации.</w:t>
      </w:r>
    </w:p>
    <w:p w14:paraId="7E3B369F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2.7. </w:t>
      </w:r>
      <w:r w:rsidRPr="00045D89">
        <w:rPr>
          <w:lang w:val="ru-RU"/>
        </w:rPr>
        <w:t>До оплаты или оформления Заявки Пользователь должен иметь возможность ознакомиться с информацией о ВРУМ, об Исполнителе, цене, услуге</w:t>
      </w:r>
      <w:r w:rsidRPr="00045D89">
        <w:rPr>
          <w:lang w:val="ru-RU"/>
        </w:rPr>
        <w:t>, порядке оплаты и существенных условиях оказания услуги.</w:t>
      </w:r>
    </w:p>
    <w:p w14:paraId="40AB7449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lastRenderedPageBreak/>
        <w:t>3. АКЦЕПТ СОГЛАШЕНИЯ И ЭЛЕКТРОННАЯ ПОДПИСЬ</w:t>
      </w:r>
    </w:p>
    <w:p w14:paraId="0C98FE8C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3.1. </w:t>
      </w:r>
      <w:r w:rsidRPr="00045D89">
        <w:rPr>
          <w:lang w:val="ru-RU"/>
        </w:rPr>
        <w:t xml:space="preserve">Акцептом настоящего соглашения признаётся любое из следующих действий Пользователя: регистрация в приложении, ввод номера телефона, ввод </w:t>
      </w:r>
      <w:r>
        <w:t>SMS</w:t>
      </w:r>
      <w:r w:rsidRPr="00045D89">
        <w:rPr>
          <w:lang w:val="ru-RU"/>
        </w:rPr>
        <w:t xml:space="preserve">-кода или </w:t>
      </w:r>
      <w:r w:rsidRPr="00045D89">
        <w:rPr>
          <w:lang w:val="ru-RU"/>
        </w:rPr>
        <w:t>иного кода, нажатие кнопки «Согласен», «Продолжить», «Оплатить», «Оформить заявку», «Записаться», «Вызвать», «Подключить подписку», фактическое использование приложения или совершение иного действия, явно свидетельствующего о согласии с настоящим соглашени</w:t>
      </w:r>
      <w:r w:rsidRPr="00045D89">
        <w:rPr>
          <w:lang w:val="ru-RU"/>
        </w:rPr>
        <w:t>ем.</w:t>
      </w:r>
    </w:p>
    <w:p w14:paraId="6469F52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3.2. </w:t>
      </w:r>
      <w:r w:rsidRPr="00045D89">
        <w:rPr>
          <w:lang w:val="ru-RU"/>
        </w:rPr>
        <w:t>Акцепт означает полное и безоговорочное принятие Пользователем условий настоящего соглашения, применимых правовых документов, условий конкретной услуги, условий подписки и тарифов, отображённых в приложении.</w:t>
      </w:r>
    </w:p>
    <w:p w14:paraId="4FEEF77E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3.3. </w:t>
      </w:r>
      <w:r w:rsidRPr="00045D89">
        <w:rPr>
          <w:lang w:val="ru-RU"/>
        </w:rPr>
        <w:t xml:space="preserve">При использовании </w:t>
      </w:r>
      <w:r w:rsidRPr="00045D89">
        <w:rPr>
          <w:lang w:val="ru-RU"/>
        </w:rPr>
        <w:t>приложения допускается применение простой электронной подписи Пользователя в соответствии с Федеральным законом от 06.04.2011 № 63-ФЗ «Об электронной подписи».</w:t>
      </w:r>
    </w:p>
    <w:p w14:paraId="1D996F32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3.4. </w:t>
      </w:r>
      <w:r w:rsidRPr="00045D89">
        <w:rPr>
          <w:lang w:val="ru-RU"/>
        </w:rPr>
        <w:t>Простой электронной подписью Пользователя признаются действия, совершённые с использованием</w:t>
      </w:r>
      <w:r w:rsidRPr="00045D89">
        <w:rPr>
          <w:lang w:val="ru-RU"/>
        </w:rPr>
        <w:t xml:space="preserve"> номера телефона, </w:t>
      </w:r>
      <w:r>
        <w:t>SMS</w:t>
      </w:r>
      <w:r w:rsidRPr="00045D89">
        <w:rPr>
          <w:lang w:val="ru-RU"/>
        </w:rPr>
        <w:t xml:space="preserve">-кода, </w:t>
      </w:r>
      <w:r>
        <w:t>email</w:t>
      </w:r>
      <w:r w:rsidRPr="00045D89">
        <w:rPr>
          <w:lang w:val="ru-RU"/>
        </w:rPr>
        <w:t xml:space="preserve">-кода, пароля, одноразового кода, </w:t>
      </w:r>
      <w:r>
        <w:t>push</w:t>
      </w:r>
      <w:r w:rsidRPr="00045D89">
        <w:rPr>
          <w:lang w:val="ru-RU"/>
        </w:rPr>
        <w:t>-подтверждения, учётной записи, личного кабинета, идентификатора пользователя, токена авторизации или иного технического средства, используемого Платформой для идентификации Пользовател</w:t>
      </w:r>
      <w:r w:rsidRPr="00045D89">
        <w:rPr>
          <w:lang w:val="ru-RU"/>
        </w:rPr>
        <w:t>я.</w:t>
      </w:r>
    </w:p>
    <w:p w14:paraId="224BA383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3.5. </w:t>
      </w:r>
      <w:r w:rsidRPr="00045D89">
        <w:rPr>
          <w:lang w:val="ru-RU"/>
        </w:rPr>
        <w:t>Ключом простой электронной подписи признаётся совокупность идентификаторов, используемых для доступа Пользователя к приложению и подтверждения юридически значимых действий.</w:t>
      </w:r>
    </w:p>
    <w:p w14:paraId="4ACCA3F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3.6. </w:t>
      </w:r>
      <w:r w:rsidRPr="00045D89">
        <w:rPr>
          <w:lang w:val="ru-RU"/>
        </w:rPr>
        <w:t>Электронный документ, действие или подтверждение в приложении считаетс</w:t>
      </w:r>
      <w:r w:rsidRPr="00045D89">
        <w:rPr>
          <w:lang w:val="ru-RU"/>
        </w:rPr>
        <w:t>я подписанным простой электронной подписью Пользователя, если действие совершено после авторизации и/или с использованием кода, пароля или иного идентификатора, а информационная система Платформы содержит сведения, позволяющие определить Пользователя, от и</w:t>
      </w:r>
      <w:r w:rsidRPr="00045D89">
        <w:rPr>
          <w:lang w:val="ru-RU"/>
        </w:rPr>
        <w:t>мени которого совершено действие.</w:t>
      </w:r>
    </w:p>
    <w:p w14:paraId="27BB309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3.7. </w:t>
      </w:r>
      <w:r w:rsidRPr="00045D89">
        <w:rPr>
          <w:lang w:val="ru-RU"/>
        </w:rPr>
        <w:t xml:space="preserve">К юридически значимым действиям относятся, в том числе: акцепт соглашения, оформление Заявки, подтверждение условий услуги, оплата, подключение подписки, отмена Заявки, направление обращения, подтверждение выполнения </w:t>
      </w:r>
      <w:r w:rsidRPr="00045D89">
        <w:rPr>
          <w:lang w:val="ru-RU"/>
        </w:rPr>
        <w:t>услуги, оставление отзыва, загрузка документов, согласие с тарифами и иные действия в приложении.</w:t>
      </w:r>
    </w:p>
    <w:p w14:paraId="5344065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3.8. </w:t>
      </w:r>
      <w:r w:rsidRPr="00045D89">
        <w:rPr>
          <w:lang w:val="ru-RU"/>
        </w:rPr>
        <w:t xml:space="preserve">Пользователь обязан соблюдать конфиденциальность средств доступа к приложению, не передавать третьим лицам </w:t>
      </w:r>
      <w:r>
        <w:t>SMS</w:t>
      </w:r>
      <w:r w:rsidRPr="00045D89">
        <w:rPr>
          <w:lang w:val="ru-RU"/>
        </w:rPr>
        <w:t xml:space="preserve">-коды, пароли, доступ к телефону, </w:t>
      </w:r>
      <w:r>
        <w:t>email</w:t>
      </w:r>
      <w:r w:rsidRPr="00045D89">
        <w:rPr>
          <w:lang w:val="ru-RU"/>
        </w:rPr>
        <w:t>, ус</w:t>
      </w:r>
      <w:r w:rsidRPr="00045D89">
        <w:rPr>
          <w:lang w:val="ru-RU"/>
        </w:rPr>
        <w:t>тройству и личному кабинету.</w:t>
      </w:r>
    </w:p>
    <w:p w14:paraId="73B4309D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3.9. </w:t>
      </w:r>
      <w:r w:rsidRPr="00045D89">
        <w:rPr>
          <w:lang w:val="ru-RU"/>
        </w:rPr>
        <w:t xml:space="preserve">До момента получения ВРУМ уведомления о потере телефона, компрометации пароля, утрате доступа к </w:t>
      </w:r>
      <w:r>
        <w:t>email</w:t>
      </w:r>
      <w:r w:rsidRPr="00045D89">
        <w:rPr>
          <w:lang w:val="ru-RU"/>
        </w:rPr>
        <w:t>, несанкционированном доступе или ином нарушении безопасности все действия, совершённые через учётную запись Пользователя</w:t>
      </w:r>
      <w:r w:rsidRPr="00045D89">
        <w:rPr>
          <w:lang w:val="ru-RU"/>
        </w:rPr>
        <w:t>, считаются совершёнными Пользователем.</w:t>
      </w:r>
    </w:p>
    <w:p w14:paraId="62B9DE49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4. МОДУЛИ И ФУНКЦИИ ПРИЛОЖЕНИЯ</w:t>
      </w:r>
    </w:p>
    <w:p w14:paraId="0F917C0D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4.1. </w:t>
      </w:r>
      <w:r w:rsidRPr="00045D89">
        <w:rPr>
          <w:lang w:val="ru-RU"/>
        </w:rPr>
        <w:t xml:space="preserve">Приложение «ВРУМ» может включать отдельные модули и сервисы, в том числе: цифровой гараж, поиск и запись в СТО, выездная помощь, эвакуация, </w:t>
      </w:r>
      <w:proofErr w:type="spellStart"/>
      <w:r w:rsidRPr="00045D89">
        <w:rPr>
          <w:lang w:val="ru-RU"/>
        </w:rPr>
        <w:t>автоподбор</w:t>
      </w:r>
      <w:proofErr w:type="spellEnd"/>
      <w:r w:rsidRPr="00045D89">
        <w:rPr>
          <w:lang w:val="ru-RU"/>
        </w:rPr>
        <w:t>, проверка автомобиля перед по</w:t>
      </w:r>
      <w:r w:rsidRPr="00045D89">
        <w:rPr>
          <w:lang w:val="ru-RU"/>
        </w:rPr>
        <w:t>купкой, подписка, семейный доступ, корпоративный доступ, партнёрские предложения и иные функции.</w:t>
      </w:r>
    </w:p>
    <w:p w14:paraId="5B50B6EB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4.2. </w:t>
      </w:r>
      <w:r w:rsidRPr="00045D89">
        <w:rPr>
          <w:lang w:val="ru-RU"/>
        </w:rPr>
        <w:t>Отдельные модули могут иметь специальные условия, правила, ограничения, тарифы, состав услуг, партнёров и исполнителей. Такие условия размещаются в прилож</w:t>
      </w:r>
      <w:r w:rsidRPr="00045D89">
        <w:rPr>
          <w:lang w:val="ru-RU"/>
        </w:rPr>
        <w:t>ении, на сайте Платформы или доводятся до Пользователя перед использованием соответствующего модуля.</w:t>
      </w:r>
    </w:p>
    <w:p w14:paraId="4286380D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4.3. </w:t>
      </w:r>
      <w:r w:rsidRPr="00045D89">
        <w:rPr>
          <w:lang w:val="ru-RU"/>
        </w:rPr>
        <w:t>Авторизация Пользователя в отдельных модулях осуществляется по учётным данным Пользователя в приложении «ВРУМ», если иной порядок не предусмотрен инте</w:t>
      </w:r>
      <w:r w:rsidRPr="00045D89">
        <w:rPr>
          <w:lang w:val="ru-RU"/>
        </w:rPr>
        <w:t>рфейсом или правилами конкретного модуля.</w:t>
      </w:r>
    </w:p>
    <w:p w14:paraId="32212D0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4.4. </w:t>
      </w:r>
      <w:r w:rsidRPr="00045D89">
        <w:rPr>
          <w:lang w:val="ru-RU"/>
        </w:rPr>
        <w:t>Использование партнёрского модуля может требовать передачи персональных данных, сведений об автомобиле, сведений о Заявке, геолокации, платёжных и технических данных соответствующему партнёру, Исполнителю, пла</w:t>
      </w:r>
      <w:r w:rsidRPr="00045D89">
        <w:rPr>
          <w:lang w:val="ru-RU"/>
        </w:rPr>
        <w:t xml:space="preserve">тёжному сервису, оператору </w:t>
      </w:r>
      <w:proofErr w:type="spellStart"/>
      <w:r w:rsidRPr="00045D89">
        <w:rPr>
          <w:lang w:val="ru-RU"/>
        </w:rPr>
        <w:t>фискализации</w:t>
      </w:r>
      <w:proofErr w:type="spellEnd"/>
      <w:r w:rsidRPr="00045D89">
        <w:rPr>
          <w:lang w:val="ru-RU"/>
        </w:rPr>
        <w:t>, оператору связи, картографическому сервису, сервису проверки данных или иному лицу, участвующему в оказании услуги.</w:t>
      </w:r>
    </w:p>
    <w:p w14:paraId="3DC94B5F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4.5. </w:t>
      </w:r>
      <w:r w:rsidRPr="00045D89">
        <w:rPr>
          <w:lang w:val="ru-RU"/>
        </w:rPr>
        <w:t>Если отдельное предложение, акция, услуга или партнёрский модуль предоставляются третьим лицом</w:t>
      </w:r>
      <w:r w:rsidRPr="00045D89">
        <w:rPr>
          <w:lang w:val="ru-RU"/>
        </w:rPr>
        <w:t>, такое третье лицо самостоятельно отвечает за своё предложение и фактическое оказание соответствующих услуг, если иное прямо не указано в интерфейсе приложения.</w:t>
      </w:r>
    </w:p>
    <w:p w14:paraId="6E5D4F9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4.6. </w:t>
      </w:r>
      <w:r w:rsidRPr="00045D89">
        <w:rPr>
          <w:lang w:val="ru-RU"/>
        </w:rPr>
        <w:t>ВРУМ вправе изменять состав функций приложения, добавлять новые модули, изменять интерфей</w:t>
      </w:r>
      <w:r w:rsidRPr="00045D89">
        <w:rPr>
          <w:lang w:val="ru-RU"/>
        </w:rPr>
        <w:t>с, отключать устаревшие функции, временно ограничивать доступ к отдельным возможностям по техническим, правовым или коммерческим причинам.</w:t>
      </w:r>
    </w:p>
    <w:p w14:paraId="0CC2D954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lastRenderedPageBreak/>
        <w:t>5. РЕГИСТРАЦИЯ, УЧЁТНАЯ ЗАПИСЬ И ДАННЫЕ ПОЛЬЗОВАТЕЛЯ</w:t>
      </w:r>
    </w:p>
    <w:p w14:paraId="2A182909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5.1. </w:t>
      </w:r>
      <w:r w:rsidRPr="00045D89">
        <w:rPr>
          <w:lang w:val="ru-RU"/>
        </w:rPr>
        <w:t xml:space="preserve">Для использования приложения Пользователь может </w:t>
      </w:r>
      <w:r w:rsidRPr="00045D89">
        <w:rPr>
          <w:lang w:val="ru-RU"/>
        </w:rPr>
        <w:t xml:space="preserve">пройти регистрацию по номеру телефона, </w:t>
      </w:r>
      <w:r>
        <w:t>email</w:t>
      </w:r>
      <w:r w:rsidRPr="00045D89">
        <w:rPr>
          <w:lang w:val="ru-RU"/>
        </w:rPr>
        <w:t>, коду подтверждения или иным способом, предусмотренным Платформой.</w:t>
      </w:r>
    </w:p>
    <w:p w14:paraId="7BEAF69D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5.2. </w:t>
      </w:r>
      <w:r w:rsidRPr="00045D89">
        <w:rPr>
          <w:lang w:val="ru-RU"/>
        </w:rPr>
        <w:t xml:space="preserve">Пользователь обязуется предоставлять достоверные сведения о себе, автомобиле, адресе, контактных данных, проблеме, месте оказания услуги и </w:t>
      </w:r>
      <w:r w:rsidRPr="00045D89">
        <w:rPr>
          <w:lang w:val="ru-RU"/>
        </w:rPr>
        <w:t>иных обстоятельствах, имеющих значение для исполнения Заявки.</w:t>
      </w:r>
    </w:p>
    <w:p w14:paraId="0003D5A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5.3. </w:t>
      </w:r>
      <w:r w:rsidRPr="00045D89">
        <w:rPr>
          <w:lang w:val="ru-RU"/>
        </w:rPr>
        <w:t>Пользователь несёт риск последствий указания недостоверного адреса, неверного номера телефона, неправильных данных автомобиля, отсутствия доступа к автомобилю, невозможности связаться с Пол</w:t>
      </w:r>
      <w:r w:rsidRPr="00045D89">
        <w:rPr>
          <w:lang w:val="ru-RU"/>
        </w:rPr>
        <w:t>ьзователем или иных ошибок в предоставленных данных.</w:t>
      </w:r>
    </w:p>
    <w:p w14:paraId="2E2841CF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5.4. </w:t>
      </w:r>
      <w:r w:rsidRPr="00045D89">
        <w:rPr>
          <w:lang w:val="ru-RU"/>
        </w:rPr>
        <w:t>Пользователь подтверждает, что имеет законные основания распоряжаться информацией об автомобиле, загружать документы, фотографии и иные материалы, а также заказывать услуги в отношении соответствующ</w:t>
      </w:r>
      <w:r w:rsidRPr="00045D89">
        <w:rPr>
          <w:lang w:val="ru-RU"/>
        </w:rPr>
        <w:t>его транспортного средства.</w:t>
      </w:r>
    </w:p>
    <w:p w14:paraId="59716962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5.5. </w:t>
      </w:r>
      <w:r w:rsidRPr="00045D89">
        <w:rPr>
          <w:lang w:val="ru-RU"/>
        </w:rPr>
        <w:t>Пользователь не вправе использовать приложение для незаконных целей, размещать недостоверные сведения, нарушать права третьих лиц, вмешиваться в работу приложения, обходить технические ограничения или совершать действия, на</w:t>
      </w:r>
      <w:r w:rsidRPr="00045D89">
        <w:rPr>
          <w:lang w:val="ru-RU"/>
        </w:rPr>
        <w:t>правленные на причинение вреда ВРУМ, Исполнителям или иным лицам.</w:t>
      </w:r>
    </w:p>
    <w:p w14:paraId="6EE4AB5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5.6. </w:t>
      </w:r>
      <w:r w:rsidRPr="00045D89">
        <w:rPr>
          <w:lang w:val="ru-RU"/>
        </w:rPr>
        <w:t>ВРУМ вправе временно ограничить или заблокировать доступ Пользователя к приложению при нарушении настоящего соглашения, злоупотреблении сервисом, мошеннических действиях, угрозах, грубо</w:t>
      </w:r>
      <w:r w:rsidRPr="00045D89">
        <w:rPr>
          <w:lang w:val="ru-RU"/>
        </w:rPr>
        <w:t>м поведении, неоплате, попытках обойти Платформу или иных действиях, создающих риск для ВРУМ, Исполнителей или других пользователей.</w:t>
      </w:r>
    </w:p>
    <w:p w14:paraId="558DAC0D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6. ЦИФРОВОЙ ГАРАЖ</w:t>
      </w:r>
    </w:p>
    <w:p w14:paraId="370E5659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6.1. </w:t>
      </w:r>
      <w:r w:rsidRPr="00045D89">
        <w:rPr>
          <w:lang w:val="ru-RU"/>
        </w:rPr>
        <w:t>Цифровой гараж предназначен для хранения и систематизации информации об автомобиле Пользователя, вкл</w:t>
      </w:r>
      <w:r w:rsidRPr="00045D89">
        <w:rPr>
          <w:lang w:val="ru-RU"/>
        </w:rPr>
        <w:t xml:space="preserve">ючая марку, модель, </w:t>
      </w:r>
      <w:r>
        <w:t>VIN</w:t>
      </w:r>
      <w:r w:rsidRPr="00045D89">
        <w:rPr>
          <w:lang w:val="ru-RU"/>
        </w:rPr>
        <w:t>, государственный регистрационный знак, пробег, документы, историю заявок, фотоотчёты, диагностические отчёты, расходы, напоминания, сведения о ТО и ремонтах.</w:t>
      </w:r>
    </w:p>
    <w:p w14:paraId="3C137630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6.2. </w:t>
      </w:r>
      <w:r w:rsidRPr="00045D89">
        <w:rPr>
          <w:lang w:val="ru-RU"/>
        </w:rPr>
        <w:t>Цифровой гараж не является государственным реестром, официальной базо</w:t>
      </w:r>
      <w:r w:rsidRPr="00045D89">
        <w:rPr>
          <w:lang w:val="ru-RU"/>
        </w:rPr>
        <w:t>й данных, подтверждением права собственности на автомобиль, гарантией технического состояния автомобиля или подтверждением юридической чистоты автомобиля.</w:t>
      </w:r>
    </w:p>
    <w:p w14:paraId="51A9F1D1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6.3. </w:t>
      </w:r>
      <w:r w:rsidRPr="00045D89">
        <w:rPr>
          <w:lang w:val="ru-RU"/>
        </w:rPr>
        <w:t>Сведения в цифровом гараже могут формироваться Пользователем, Исполнителями, Платформой, партнёр</w:t>
      </w:r>
      <w:r w:rsidRPr="00045D89">
        <w:rPr>
          <w:lang w:val="ru-RU"/>
        </w:rPr>
        <w:t>ами и техническими сервисами. Если прямо не указано иное, ВРУМ не гарантирует полноту, точность и актуальность сведений, загруженных Пользователем или третьими лицами.</w:t>
      </w:r>
    </w:p>
    <w:p w14:paraId="7FAECBB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6.4. </w:t>
      </w:r>
      <w:r w:rsidRPr="00045D89">
        <w:rPr>
          <w:lang w:val="ru-RU"/>
        </w:rPr>
        <w:t>Пользователь вправе использовать цифровой гараж бесплатно в базовом объёме, если ин</w:t>
      </w:r>
      <w:r w:rsidRPr="00045D89">
        <w:rPr>
          <w:lang w:val="ru-RU"/>
        </w:rPr>
        <w:t>ое не установлено тарифами. Расширенные функции цифрового гаража могут предоставляться по подписке или отдельной оплате.</w:t>
      </w:r>
    </w:p>
    <w:p w14:paraId="6FCA4827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6.5. </w:t>
      </w:r>
      <w:r w:rsidRPr="00045D89">
        <w:rPr>
          <w:lang w:val="ru-RU"/>
        </w:rPr>
        <w:t xml:space="preserve">Платформа вправе направлять Пользователю напоминания о ТО, страховке, диагностике, замене расходников, сезонной </w:t>
      </w:r>
      <w:proofErr w:type="spellStart"/>
      <w:r w:rsidRPr="00045D89">
        <w:rPr>
          <w:lang w:val="ru-RU"/>
        </w:rPr>
        <w:t>переобувке</w:t>
      </w:r>
      <w:proofErr w:type="spellEnd"/>
      <w:r w:rsidRPr="00045D89">
        <w:rPr>
          <w:lang w:val="ru-RU"/>
        </w:rPr>
        <w:t>, провер</w:t>
      </w:r>
      <w:r w:rsidRPr="00045D89">
        <w:rPr>
          <w:lang w:val="ru-RU"/>
        </w:rPr>
        <w:t>ке автомобиля и иных событиях. Такие напоминания являются информационными и не заменяют самостоятельный контроль Пользователем технического состояния автомобиля.</w:t>
      </w:r>
    </w:p>
    <w:p w14:paraId="3E3EF92D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6.6. </w:t>
      </w:r>
      <w:r w:rsidRPr="00045D89">
        <w:rPr>
          <w:lang w:val="ru-RU"/>
        </w:rPr>
        <w:t xml:space="preserve">Пользователь вправе удалить отдельные данные из цифрового гаража, если такое удаление не </w:t>
      </w:r>
      <w:r w:rsidRPr="00045D89">
        <w:rPr>
          <w:lang w:val="ru-RU"/>
        </w:rPr>
        <w:t>противоречит требованиям закона, необходимости хранения документов по исполненным Заявкам, бухгалтерскому, налоговому, фискальному учёту, защите прав ВРУМ, Исполнителей или иных лиц.</w:t>
      </w:r>
    </w:p>
    <w:p w14:paraId="10EA1AAD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6.7. </w:t>
      </w:r>
      <w:r w:rsidRPr="00045D89">
        <w:rPr>
          <w:lang w:val="ru-RU"/>
        </w:rPr>
        <w:t xml:space="preserve">При оформлении Заявки данные из цифрового гаража могут передаваться </w:t>
      </w:r>
      <w:r w:rsidRPr="00045D89">
        <w:rPr>
          <w:lang w:val="ru-RU"/>
        </w:rPr>
        <w:t>выбранному Исполнителю и иным лицам, участвующим в исполнении Заявки, в объёме, необходимом для оказания услуги.</w:t>
      </w:r>
    </w:p>
    <w:p w14:paraId="000E24D6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7. ПОДПИСКА И ПЛАТНЫЕ ФУНКЦИИ</w:t>
      </w:r>
    </w:p>
    <w:p w14:paraId="39A7CBE2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7.1. </w:t>
      </w:r>
      <w:r w:rsidRPr="00045D89">
        <w:rPr>
          <w:lang w:val="ru-RU"/>
        </w:rPr>
        <w:t>Платформа может предоставлять Пользователю платные функции, включая расширенный цифровой гараж, дополнительн</w:t>
      </w:r>
      <w:r w:rsidRPr="00045D89">
        <w:rPr>
          <w:lang w:val="ru-RU"/>
        </w:rPr>
        <w:t>ые отчёты, семейный доступ, приоритетную поддержку, расширенные уведомления, хранение увеличенного объёма данных, скидки партнёров и иные возможности.</w:t>
      </w:r>
    </w:p>
    <w:p w14:paraId="75456209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7.2. </w:t>
      </w:r>
      <w:r w:rsidRPr="00045D89">
        <w:rPr>
          <w:lang w:val="ru-RU"/>
        </w:rPr>
        <w:t>Стоимость, состав, срок действия, порядок подключения и отключения подписки отображаются в приложени</w:t>
      </w:r>
      <w:r w:rsidRPr="00045D89">
        <w:rPr>
          <w:lang w:val="ru-RU"/>
        </w:rPr>
        <w:t>и и/или на сайте Платформы до подключения подписки.</w:t>
      </w:r>
    </w:p>
    <w:p w14:paraId="01CEDEF2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7.3. </w:t>
      </w:r>
      <w:r w:rsidRPr="00045D89">
        <w:rPr>
          <w:lang w:val="ru-RU"/>
        </w:rPr>
        <w:t>Подключение подписки осуществляется только после подтверждения Пользователем условий подписки и оплаты либо после предоставления иного согласия, предусмотренного интерфейсом приложения.</w:t>
      </w:r>
    </w:p>
    <w:p w14:paraId="784B9E23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lastRenderedPageBreak/>
        <w:t xml:space="preserve">7.4. </w:t>
      </w:r>
      <w:r w:rsidRPr="00045D89">
        <w:rPr>
          <w:lang w:val="ru-RU"/>
        </w:rPr>
        <w:t xml:space="preserve">Если </w:t>
      </w:r>
      <w:r w:rsidRPr="00045D89">
        <w:rPr>
          <w:lang w:val="ru-RU"/>
        </w:rPr>
        <w:t>подписка предусматривает автоматическое продление, ВРУМ должен довести до Пользователя информацию о таком продлении, периодичности списания, размере платежа и способе отключения подписки до подключения подписки.</w:t>
      </w:r>
    </w:p>
    <w:p w14:paraId="07FE95B6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7.5. </w:t>
      </w:r>
      <w:r w:rsidRPr="00045D89">
        <w:rPr>
          <w:lang w:val="ru-RU"/>
        </w:rPr>
        <w:t>Пользователь вправе отключить автоматич</w:t>
      </w:r>
      <w:r w:rsidRPr="00045D89">
        <w:rPr>
          <w:lang w:val="ru-RU"/>
        </w:rPr>
        <w:t xml:space="preserve">еское продление подписки в приложении или через службу поддержки, если такой способ предусмотрен интерфейсом. Отключение </w:t>
      </w:r>
      <w:proofErr w:type="spellStart"/>
      <w:r w:rsidRPr="00045D89">
        <w:rPr>
          <w:lang w:val="ru-RU"/>
        </w:rPr>
        <w:t>автопродления</w:t>
      </w:r>
      <w:proofErr w:type="spellEnd"/>
      <w:r w:rsidRPr="00045D89">
        <w:rPr>
          <w:lang w:val="ru-RU"/>
        </w:rPr>
        <w:t xml:space="preserve"> не лишает Пользователя доступа к уже оплаченным функциям до окончания оплаченного периода, если иное не установлено услов</w:t>
      </w:r>
      <w:r w:rsidRPr="00045D89">
        <w:rPr>
          <w:lang w:val="ru-RU"/>
        </w:rPr>
        <w:t>иями конкретной подписки или законом.</w:t>
      </w:r>
    </w:p>
    <w:p w14:paraId="4CC22E60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7.6. </w:t>
      </w:r>
      <w:r w:rsidRPr="00045D89">
        <w:rPr>
          <w:lang w:val="ru-RU"/>
        </w:rPr>
        <w:t>Возврат денежных средств за подписку осуществляется в случаях и порядке, предусмотренных законом, условиями подписки, правилами платёжного сервиса и настоящим соглашением. Если платная функция не была предоставлен</w:t>
      </w:r>
      <w:r w:rsidRPr="00045D89">
        <w:rPr>
          <w:lang w:val="ru-RU"/>
        </w:rPr>
        <w:t xml:space="preserve">а по вине ВРУМ, Пользователь вправе требовать возврат денежных средств за </w:t>
      </w:r>
      <w:proofErr w:type="spellStart"/>
      <w:r w:rsidRPr="00045D89">
        <w:rPr>
          <w:lang w:val="ru-RU"/>
        </w:rPr>
        <w:t>непредоставленную</w:t>
      </w:r>
      <w:proofErr w:type="spellEnd"/>
      <w:r w:rsidRPr="00045D89">
        <w:rPr>
          <w:lang w:val="ru-RU"/>
        </w:rPr>
        <w:t xml:space="preserve"> часть услуги.</w:t>
      </w:r>
    </w:p>
    <w:p w14:paraId="5079E8BF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7.7. </w:t>
      </w:r>
      <w:r w:rsidRPr="00045D89">
        <w:rPr>
          <w:lang w:val="ru-RU"/>
        </w:rPr>
        <w:t>Акции, пробные периоды, скидки и специальные предложения могут иметь отдельные условия, срок действия, ограничения и порядок прекращения.</w:t>
      </w:r>
    </w:p>
    <w:p w14:paraId="6FE2D95A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8. ОФОР</w:t>
      </w:r>
      <w:r w:rsidRPr="00045D89">
        <w:rPr>
          <w:b w:val="0"/>
          <w:lang w:val="ru-RU"/>
        </w:rPr>
        <w:t>МЛЕНИЕ ЗАЯВКИ И ЗАПИСЬ К ИСПОЛНИТЕЛЮ</w:t>
      </w:r>
    </w:p>
    <w:p w14:paraId="6CB93619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8.1. </w:t>
      </w:r>
      <w:r w:rsidRPr="00045D89">
        <w:rPr>
          <w:lang w:val="ru-RU"/>
        </w:rPr>
        <w:t>Для оформления Заявки Пользователь выбирает услугу, автомобиль, место, время, Исполнителя или параметры подбора Исполнителя, указывает необходимые сведения и подтверждает условия Заявки в приложении.</w:t>
      </w:r>
    </w:p>
    <w:p w14:paraId="185D4636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8.2. </w:t>
      </w:r>
      <w:r w:rsidRPr="00045D89">
        <w:rPr>
          <w:lang w:val="ru-RU"/>
        </w:rPr>
        <w:t>До оформл</w:t>
      </w:r>
      <w:r w:rsidRPr="00045D89">
        <w:rPr>
          <w:lang w:val="ru-RU"/>
        </w:rPr>
        <w:t>ения Заявки Пользователю доводится информация о цене или предварительном диапазоне цены, Исполнителе, характере услуги, порядке оплаты, возможных ограничениях и дополнительных условиях.</w:t>
      </w:r>
    </w:p>
    <w:p w14:paraId="4D5B3319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8.3. </w:t>
      </w:r>
      <w:r w:rsidRPr="00045D89">
        <w:rPr>
          <w:lang w:val="ru-RU"/>
        </w:rPr>
        <w:t xml:space="preserve">Если точная стоимость услуги не может быть определена заранее, в </w:t>
      </w:r>
      <w:r w:rsidRPr="00045D89">
        <w:rPr>
          <w:lang w:val="ru-RU"/>
        </w:rPr>
        <w:t>приложении может отображаться предварительная стоимость, диапазон цены или минимальная стоимость. Дополнительные работы и увеличение стоимости должны быть согласованы с Пользователем до их выполнения.</w:t>
      </w:r>
    </w:p>
    <w:p w14:paraId="3EC429BD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8.4. </w:t>
      </w:r>
      <w:r w:rsidRPr="00045D89">
        <w:rPr>
          <w:lang w:val="ru-RU"/>
        </w:rPr>
        <w:t>Исполнитель вправе принять или отклонить Заявку. Д</w:t>
      </w:r>
      <w:r w:rsidRPr="00045D89">
        <w:rPr>
          <w:lang w:val="ru-RU"/>
        </w:rPr>
        <w:t>о принятия Заявки конкретным Исполнителем Платформа не гарантирует, что услуга будет оказана именно выбранным Исполнителем или в конкретное время, если иное не указано в приложении.</w:t>
      </w:r>
    </w:p>
    <w:p w14:paraId="0682017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8.5. </w:t>
      </w:r>
      <w:r w:rsidRPr="00045D89">
        <w:rPr>
          <w:lang w:val="ru-RU"/>
        </w:rPr>
        <w:t xml:space="preserve">После принятия Заявки Исполнителем Пользователь обязан </w:t>
      </w:r>
      <w:r w:rsidRPr="00045D89">
        <w:rPr>
          <w:lang w:val="ru-RU"/>
        </w:rPr>
        <w:t>обеспечить доступ к автомобилю, присутствие в согласованном месте, связь по указанному телефону и иные условия, необходимые для оказания услуги.</w:t>
      </w:r>
    </w:p>
    <w:p w14:paraId="447F08D9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8.6. </w:t>
      </w:r>
      <w:r w:rsidRPr="00045D89">
        <w:rPr>
          <w:lang w:val="ru-RU"/>
        </w:rPr>
        <w:t xml:space="preserve">В случае невозможности оказать услугу по причинам, связанным с отсутствием доступа к автомобилю, неверным </w:t>
      </w:r>
      <w:r w:rsidRPr="00045D89">
        <w:rPr>
          <w:lang w:val="ru-RU"/>
        </w:rPr>
        <w:t xml:space="preserve">адресом, отсутствием Пользователя, отказом Пользователя после прибытия Исполнителя или иными обстоятельствами на стороне Пользователя, с Пользователя может быть удержана стоимость выезда, диагностики, фактически понесённых расходов или иная сумма, заранее </w:t>
      </w:r>
      <w:r w:rsidRPr="00045D89">
        <w:rPr>
          <w:lang w:val="ru-RU"/>
        </w:rPr>
        <w:t>указанная в приложении.</w:t>
      </w:r>
    </w:p>
    <w:p w14:paraId="588345C5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8.7. </w:t>
      </w:r>
      <w:r w:rsidRPr="00045D89">
        <w:rPr>
          <w:lang w:val="ru-RU"/>
        </w:rPr>
        <w:t>Статусы Заявки, сообщения, фотоотчёты, подтверждения и иные действия фиксируются в информационной системе Платформы.</w:t>
      </w:r>
    </w:p>
    <w:p w14:paraId="3F1887B5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9. ВИДЫ УСЛУГ</w:t>
      </w:r>
    </w:p>
    <w:p w14:paraId="2B1B0F3C" w14:textId="77777777" w:rsidR="00AD7553" w:rsidRPr="00045D89" w:rsidRDefault="00992704">
      <w:pPr>
        <w:pStyle w:val="2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9.1. Поиск и запись в СТО</w:t>
      </w:r>
    </w:p>
    <w:p w14:paraId="48243A87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9.1.1. </w:t>
      </w:r>
      <w:r w:rsidRPr="00045D89">
        <w:rPr>
          <w:lang w:val="ru-RU"/>
        </w:rPr>
        <w:t>Пользователь может использовать приложение для поиска СТО, запи</w:t>
      </w:r>
      <w:r w:rsidRPr="00045D89">
        <w:rPr>
          <w:lang w:val="ru-RU"/>
        </w:rPr>
        <w:t>си на диагностику, ремонт, техническое обслуживание, шиномонтаж, проверку автомобиля перед покупкой и иные услуги.</w:t>
      </w:r>
    </w:p>
    <w:p w14:paraId="30E61CB1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9.1.2. </w:t>
      </w:r>
      <w:r w:rsidRPr="00045D89">
        <w:rPr>
          <w:lang w:val="ru-RU"/>
        </w:rPr>
        <w:t>Фактические услуги в СТО оказывает соответствующее СТО. ВРУМ не выполняет ремонт, диагностику или техническое обслуживание автомобиля.</w:t>
      </w:r>
    </w:p>
    <w:p w14:paraId="06E78F5E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9.1.3. </w:t>
      </w:r>
      <w:r w:rsidRPr="00045D89">
        <w:rPr>
          <w:lang w:val="ru-RU"/>
        </w:rPr>
        <w:t>СТО самостоятельно отвечает за качество, сроки, цену, гарантию, заказ-наряд, чек, акт, используемые материалы, запчасти, действия работников и результат оказания услуги.</w:t>
      </w:r>
    </w:p>
    <w:p w14:paraId="7C73AD30" w14:textId="77777777" w:rsidR="00AD7553" w:rsidRPr="00045D89" w:rsidRDefault="00992704">
      <w:pPr>
        <w:pStyle w:val="2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9.2. Выездная помощь</w:t>
      </w:r>
    </w:p>
    <w:p w14:paraId="7CC7F26F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9.2.1. </w:t>
      </w:r>
      <w:r w:rsidRPr="00045D89">
        <w:rPr>
          <w:lang w:val="ru-RU"/>
        </w:rPr>
        <w:t>Пользователь может заказать выездную помощь, включ</w:t>
      </w:r>
      <w:r w:rsidRPr="00045D89">
        <w:rPr>
          <w:lang w:val="ru-RU"/>
        </w:rPr>
        <w:t>ая запуск двигателя, замену колеса, подкачку шин, простую диагностику, мелкую помощь и иные услуги, доступные в приложении.</w:t>
      </w:r>
    </w:p>
    <w:p w14:paraId="1DAC9106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9.2.2. </w:t>
      </w:r>
      <w:r w:rsidRPr="00045D89">
        <w:rPr>
          <w:lang w:val="ru-RU"/>
        </w:rPr>
        <w:t xml:space="preserve">Выездной мастер оказывает только те услуги, которые доступны ему в приложении и соответствуют его статусу. Сложные ремонтные </w:t>
      </w:r>
      <w:r w:rsidRPr="00045D89">
        <w:rPr>
          <w:lang w:val="ru-RU"/>
        </w:rPr>
        <w:t>работы могут требовать обращения в СТО.</w:t>
      </w:r>
    </w:p>
    <w:p w14:paraId="00446109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lastRenderedPageBreak/>
        <w:t xml:space="preserve">9.2.3. </w:t>
      </w:r>
      <w:r w:rsidRPr="00045D89">
        <w:rPr>
          <w:lang w:val="ru-RU"/>
        </w:rPr>
        <w:t>Возможность оказания выездной услуги зависит от доступа к автомобилю, погодных условий, дорожной обстановки, технического состояния автомобиля, наличия оборудования, безопасности места оказания услуги и иных о</w:t>
      </w:r>
      <w:r w:rsidRPr="00045D89">
        <w:rPr>
          <w:lang w:val="ru-RU"/>
        </w:rPr>
        <w:t>бстоятельств.</w:t>
      </w:r>
    </w:p>
    <w:p w14:paraId="5A4B3F2E" w14:textId="77777777" w:rsidR="00AD7553" w:rsidRPr="00045D89" w:rsidRDefault="00992704">
      <w:pPr>
        <w:pStyle w:val="2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9.3. Эвакуация и дорожная помощь</w:t>
      </w:r>
    </w:p>
    <w:p w14:paraId="13C3A84C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9.3.1. </w:t>
      </w:r>
      <w:r w:rsidRPr="00045D89">
        <w:rPr>
          <w:lang w:val="ru-RU"/>
        </w:rPr>
        <w:t>Пользователь может заказать эвакуацию, транспортировку автомобиля, дорожную помощь или иные партнёрские услуги через приложение.</w:t>
      </w:r>
    </w:p>
    <w:p w14:paraId="541C32A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9.3.2. </w:t>
      </w:r>
      <w:r w:rsidRPr="00045D89">
        <w:rPr>
          <w:lang w:val="ru-RU"/>
        </w:rPr>
        <w:t>Фактическую услугу эвакуации оказывает выбранный или назначенный И</w:t>
      </w:r>
      <w:r w:rsidRPr="00045D89">
        <w:rPr>
          <w:lang w:val="ru-RU"/>
        </w:rPr>
        <w:t>сполнитель. Он отвечает за подачу транспорта, погрузку, перевозку, разгрузку, сохранность автомобиля и иные действия, выполняемые им.</w:t>
      </w:r>
    </w:p>
    <w:p w14:paraId="58CF9EE9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9.3.3. </w:t>
      </w:r>
      <w:r w:rsidRPr="00045D89">
        <w:rPr>
          <w:lang w:val="ru-RU"/>
        </w:rPr>
        <w:t>Стоимость эвакуации может зависеть от расстояния, времени суток, дорожных условий, сложности погрузки, типа автомоб</w:t>
      </w:r>
      <w:r w:rsidRPr="00045D89">
        <w:rPr>
          <w:lang w:val="ru-RU"/>
        </w:rPr>
        <w:t>иля, необходимости дополнительных работ и иных факторов, указанных в приложении или согласованных с Пользователем.</w:t>
      </w:r>
    </w:p>
    <w:p w14:paraId="3010289D" w14:textId="77777777" w:rsidR="00AD7553" w:rsidRPr="00045D89" w:rsidRDefault="00992704">
      <w:pPr>
        <w:pStyle w:val="2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 xml:space="preserve">9.4. </w:t>
      </w:r>
      <w:proofErr w:type="spellStart"/>
      <w:r w:rsidRPr="00045D89">
        <w:rPr>
          <w:b w:val="0"/>
          <w:lang w:val="ru-RU"/>
        </w:rPr>
        <w:t>Автоподбор</w:t>
      </w:r>
      <w:proofErr w:type="spellEnd"/>
      <w:r w:rsidRPr="00045D89">
        <w:rPr>
          <w:b w:val="0"/>
          <w:lang w:val="ru-RU"/>
        </w:rPr>
        <w:t xml:space="preserve"> и выездной осмотр автомобиля</w:t>
      </w:r>
    </w:p>
    <w:p w14:paraId="76F2CBF3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9.4.1. </w:t>
      </w:r>
      <w:r w:rsidRPr="00045D89">
        <w:rPr>
          <w:lang w:val="ru-RU"/>
        </w:rPr>
        <w:t>Пользователь может заказать услуги автоэксперта: осмотр автомобиля перед покупкой, провер</w:t>
      </w:r>
      <w:r w:rsidRPr="00045D89">
        <w:rPr>
          <w:lang w:val="ru-RU"/>
        </w:rPr>
        <w:t>ку кузова, салона, моторного отсека, диагностический сканер, проверку лакокрасочного покрытия, фотофиксацию, консультацию и подготовку отчёта.</w:t>
      </w:r>
    </w:p>
    <w:p w14:paraId="5B871CF7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9.4.2. </w:t>
      </w:r>
      <w:r w:rsidRPr="00045D89">
        <w:rPr>
          <w:lang w:val="ru-RU"/>
        </w:rPr>
        <w:t>Самозанятый автоэксперт оказывает только личный осмотр, консультацию и отчёт. Он не вправе выступать агент</w:t>
      </w:r>
      <w:r w:rsidRPr="00045D89">
        <w:rPr>
          <w:lang w:val="ru-RU"/>
        </w:rPr>
        <w:t>ом, комиссионером, поверенным, представителем покупателя или продавца, принимать деньги за автомобиль, задаток, подписывать договор купли-продажи или действовать от имени Пользователя.</w:t>
      </w:r>
    </w:p>
    <w:p w14:paraId="696F1AF3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9.4.3. </w:t>
      </w:r>
      <w:r w:rsidRPr="00045D89">
        <w:rPr>
          <w:lang w:val="ru-RU"/>
        </w:rPr>
        <w:t>Индивидуальный предприниматель может оказывать расширенные услуг</w:t>
      </w:r>
      <w:r w:rsidRPr="00045D89">
        <w:rPr>
          <w:lang w:val="ru-RU"/>
        </w:rPr>
        <w:t xml:space="preserve">и </w:t>
      </w:r>
      <w:proofErr w:type="spellStart"/>
      <w:r w:rsidRPr="00045D89">
        <w:rPr>
          <w:lang w:val="ru-RU"/>
        </w:rPr>
        <w:t>автоподбора</w:t>
      </w:r>
      <w:proofErr w:type="spellEnd"/>
      <w:r w:rsidRPr="00045D89">
        <w:rPr>
          <w:lang w:val="ru-RU"/>
        </w:rPr>
        <w:t xml:space="preserve"> и сопровождения в пределах закона, условий Платформы и отдельного описания услуги в приложении.</w:t>
      </w:r>
    </w:p>
    <w:p w14:paraId="6669D9B5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9.4.4. </w:t>
      </w:r>
      <w:r w:rsidRPr="00045D89">
        <w:rPr>
          <w:lang w:val="ru-RU"/>
        </w:rPr>
        <w:t xml:space="preserve">Услуга </w:t>
      </w:r>
      <w:proofErr w:type="spellStart"/>
      <w:r w:rsidRPr="00045D89">
        <w:rPr>
          <w:lang w:val="ru-RU"/>
        </w:rPr>
        <w:t>автоподбора</w:t>
      </w:r>
      <w:proofErr w:type="spellEnd"/>
      <w:r w:rsidRPr="00045D89">
        <w:rPr>
          <w:lang w:val="ru-RU"/>
        </w:rPr>
        <w:t xml:space="preserve"> не является судебной экспертизой, гарантией юридической чистоты автомобиля, гарантией отсутствия скрытых дефектов, поруч</w:t>
      </w:r>
      <w:r w:rsidRPr="00045D89">
        <w:rPr>
          <w:lang w:val="ru-RU"/>
        </w:rPr>
        <w:t>ительством за продавца или гарантией успешного заключения сделки.</w:t>
      </w:r>
    </w:p>
    <w:p w14:paraId="05D1D125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9.4.5. </w:t>
      </w:r>
      <w:r w:rsidRPr="00045D89">
        <w:rPr>
          <w:lang w:val="ru-RU"/>
        </w:rPr>
        <w:t xml:space="preserve">Отчёт автоэксперта отражает результаты доступного осмотра и проверки на момент оказания услуги. Скрытые дефекты, будущие неисправности, недостоверные сведения продавца, ограничения в </w:t>
      </w:r>
      <w:r w:rsidRPr="00045D89">
        <w:rPr>
          <w:lang w:val="ru-RU"/>
        </w:rPr>
        <w:t>закрытых базах, залоги, запреты, скрученный пробег и иные обстоятельства могут не быть выявлены при обычном осмотре.</w:t>
      </w:r>
    </w:p>
    <w:p w14:paraId="5D512A7E" w14:textId="77777777" w:rsidR="00AD7553" w:rsidRPr="00045D89" w:rsidRDefault="00992704">
      <w:pPr>
        <w:pStyle w:val="2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9.5. Проверка автомобиля в СТО перед покупкой</w:t>
      </w:r>
    </w:p>
    <w:p w14:paraId="0DD80A81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9.5.1. </w:t>
      </w:r>
      <w:r w:rsidRPr="00045D89">
        <w:rPr>
          <w:lang w:val="ru-RU"/>
        </w:rPr>
        <w:t xml:space="preserve">Пользователь может записать автомобиль на проверку в СТО перед покупкой. Такая услуга </w:t>
      </w:r>
      <w:r w:rsidRPr="00045D89">
        <w:rPr>
          <w:lang w:val="ru-RU"/>
        </w:rPr>
        <w:t>оказывается выбранным СТО и может включать диагностику, осмотр, проверку узлов, агрегатов, кузова, ошибок, ходовой части и иные действия, указанные в описании услуги.</w:t>
      </w:r>
    </w:p>
    <w:p w14:paraId="3417AB77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9.5.2. </w:t>
      </w:r>
      <w:r w:rsidRPr="00045D89">
        <w:rPr>
          <w:lang w:val="ru-RU"/>
        </w:rPr>
        <w:t>Проверка автомобиля в СТО перед покупкой не гарантирует отсутствие скрытых дефекто</w:t>
      </w:r>
      <w:r w:rsidRPr="00045D89">
        <w:rPr>
          <w:lang w:val="ru-RU"/>
        </w:rPr>
        <w:t>в, юридических ограничений, последствий ДТП, скрученного пробега или будущих неисправностей, если иное прямо не указано в документах конкретного СТО.</w:t>
      </w:r>
    </w:p>
    <w:p w14:paraId="0B19BB57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9.5.3. </w:t>
      </w:r>
      <w:r w:rsidRPr="00045D89">
        <w:rPr>
          <w:lang w:val="ru-RU"/>
        </w:rPr>
        <w:t xml:space="preserve">Ответственность за качество проверки, полноту диагностических действий, достоверность отчёта и </w:t>
      </w:r>
      <w:r w:rsidRPr="00045D89">
        <w:rPr>
          <w:lang w:val="ru-RU"/>
        </w:rPr>
        <w:t>консультаций несёт соответствующее СТО.</w:t>
      </w:r>
    </w:p>
    <w:p w14:paraId="7534BA8A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10. ОПЛАТА, ЧЕКИ И АГЕНТСКАЯ МОДЕЛЬ</w:t>
      </w:r>
    </w:p>
    <w:p w14:paraId="02E53A5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10.1. </w:t>
      </w:r>
      <w:r w:rsidRPr="00045D89">
        <w:rPr>
          <w:lang w:val="ru-RU"/>
        </w:rPr>
        <w:t>По общему правилу оплата Заявок и платных функций осуществляется через ВРУМ, если иной способ не указан в приложении.</w:t>
      </w:r>
    </w:p>
    <w:p w14:paraId="2EFBFF56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10.2. </w:t>
      </w:r>
      <w:r w:rsidRPr="00045D89">
        <w:rPr>
          <w:lang w:val="ru-RU"/>
        </w:rPr>
        <w:t xml:space="preserve">При оплате услуг Исполнителя ВРУМ </w:t>
      </w:r>
      <w:r w:rsidRPr="00045D89">
        <w:rPr>
          <w:lang w:val="ru-RU"/>
        </w:rPr>
        <w:t>принимает денежные средства как агент Исполнителя, удерживает своё вознаграждение и перечисляет Исполнителю оставшуюся сумму в порядке, предусмотренном договором с Исполнителем, тарифами и правилами платёжного сервиса.</w:t>
      </w:r>
    </w:p>
    <w:p w14:paraId="147F5705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10.3. </w:t>
      </w:r>
      <w:r w:rsidRPr="00045D89">
        <w:rPr>
          <w:lang w:val="ru-RU"/>
        </w:rPr>
        <w:t xml:space="preserve">Денежные средства, поступающие </w:t>
      </w:r>
      <w:r w:rsidRPr="00045D89">
        <w:rPr>
          <w:lang w:val="ru-RU"/>
        </w:rPr>
        <w:t>от Пользователя в части стоимости услуг Исполнителя, не являются собственным доходом ВРУМ. Доходом ВРУМ является вознаграждение Платформы, комиссия, сервисный сбор, агентское вознаграждение, подписка или иная плата за услуги Платформы.</w:t>
      </w:r>
    </w:p>
    <w:p w14:paraId="743A1DF3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10.4. </w:t>
      </w:r>
      <w:r w:rsidRPr="00045D89">
        <w:rPr>
          <w:lang w:val="ru-RU"/>
        </w:rPr>
        <w:t>Стоимость услу</w:t>
      </w:r>
      <w:r w:rsidRPr="00045D89">
        <w:rPr>
          <w:lang w:val="ru-RU"/>
        </w:rPr>
        <w:t>ги, подписки или иной платной функции отображается в приложении до оплаты. Нажатие кнопки «Оплатить», ввод платёжных данных или подтверждение платежа означает согласие Пользователя с ценой и условиями оплаты.</w:t>
      </w:r>
    </w:p>
    <w:p w14:paraId="749BE9E3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lastRenderedPageBreak/>
        <w:t xml:space="preserve">10.5. </w:t>
      </w:r>
      <w:r w:rsidRPr="00045D89">
        <w:rPr>
          <w:lang w:val="ru-RU"/>
        </w:rPr>
        <w:t>Оплата может осуществляться банковской ка</w:t>
      </w:r>
      <w:r w:rsidRPr="00045D89">
        <w:rPr>
          <w:lang w:val="ru-RU"/>
        </w:rPr>
        <w:t>ртой, через платёжный сервис, СБП, электронные средства платежа или иные способы, доступные в приложении.</w:t>
      </w:r>
    </w:p>
    <w:p w14:paraId="1C6897FD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10.6. </w:t>
      </w:r>
      <w:r w:rsidRPr="00045D89">
        <w:rPr>
          <w:lang w:val="ru-RU"/>
        </w:rPr>
        <w:t>Кассовый чек или иной документ об оплате направляется Пользователю в порядке, предусмотренном законодательством, технической схемой расчётов, пл</w:t>
      </w:r>
      <w:r w:rsidRPr="00045D89">
        <w:rPr>
          <w:lang w:val="ru-RU"/>
        </w:rPr>
        <w:t xml:space="preserve">атёжным сервисом и оператором </w:t>
      </w:r>
      <w:proofErr w:type="spellStart"/>
      <w:r w:rsidRPr="00045D89">
        <w:rPr>
          <w:lang w:val="ru-RU"/>
        </w:rPr>
        <w:t>фискализации</w:t>
      </w:r>
      <w:proofErr w:type="spellEnd"/>
      <w:r w:rsidRPr="00045D89">
        <w:rPr>
          <w:lang w:val="ru-RU"/>
        </w:rPr>
        <w:t>.</w:t>
      </w:r>
    </w:p>
    <w:p w14:paraId="739B7563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10.7. </w:t>
      </w:r>
      <w:r w:rsidRPr="00045D89">
        <w:rPr>
          <w:lang w:val="ru-RU"/>
        </w:rPr>
        <w:t>Если оплата принимается ВРУМ как агентом Исполнителя, кассовый чек должен отражать агентский характер расчёта и, насколько это применимо к технической схеме, содержать данные фактического Исполнителя как по</w:t>
      </w:r>
      <w:r w:rsidRPr="00045D89">
        <w:rPr>
          <w:lang w:val="ru-RU"/>
        </w:rPr>
        <w:t>ставщика услуги, включая ИНН Исполнителя.</w:t>
      </w:r>
    </w:p>
    <w:p w14:paraId="2DF344D0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10.8. </w:t>
      </w:r>
      <w:r w:rsidRPr="00045D89">
        <w:rPr>
          <w:lang w:val="ru-RU"/>
        </w:rPr>
        <w:t>Если Исполнителем является самозанятое лицо, оно самостоятельно формирует чек в приложении «Мой налог» либо иным способом, предусмотренным законодательством о налоге на профессиональный доход, если такой поря</w:t>
      </w:r>
      <w:r w:rsidRPr="00045D89">
        <w:rPr>
          <w:lang w:val="ru-RU"/>
        </w:rPr>
        <w:t>док применяется к соответствующей услуге.</w:t>
      </w:r>
    </w:p>
    <w:p w14:paraId="68A39E20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10.9. </w:t>
      </w:r>
      <w:r w:rsidRPr="00045D89">
        <w:rPr>
          <w:lang w:val="ru-RU"/>
        </w:rPr>
        <w:t>Пользователь понимает, что в одной Заявке могут быть отражены услуги Исполнителя и услуги Платформы. При этом фактическую автоуслугу оказывает Исполнитель, а ВРУМ обеспечивает работу приложения, оформление За</w:t>
      </w:r>
      <w:r w:rsidRPr="00045D89">
        <w:rPr>
          <w:lang w:val="ru-RU"/>
        </w:rPr>
        <w:t>явки, оплату, цифровой гараж, модерацию и иные функции Платформы.</w:t>
      </w:r>
    </w:p>
    <w:p w14:paraId="67F6252A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10.10. </w:t>
      </w:r>
      <w:r w:rsidRPr="00045D89">
        <w:rPr>
          <w:lang w:val="ru-RU"/>
        </w:rPr>
        <w:t>В случае технической ошибки в платеже, двойного списания, некорректной суммы или иной платёжной ошибки Пользователь вправе обратиться в службу поддержки ВРУМ. ВРУМ проводит проверку с</w:t>
      </w:r>
      <w:r w:rsidRPr="00045D89">
        <w:rPr>
          <w:lang w:val="ru-RU"/>
        </w:rPr>
        <w:t xml:space="preserve"> участием платёжного сервиса и Исполнителя.</w:t>
      </w:r>
    </w:p>
    <w:p w14:paraId="68FC998B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11. ОТМЕНА ЗАЯВКИ И ВОЗВРАТ ДЕНЕЖНЫХ СРЕДСТВ</w:t>
      </w:r>
    </w:p>
    <w:p w14:paraId="3D9B48CE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11.1. </w:t>
      </w:r>
      <w:r w:rsidRPr="00045D89">
        <w:rPr>
          <w:lang w:val="ru-RU"/>
        </w:rPr>
        <w:t>Пользователь вправе отменить Заявку в приложении, если такая возможность предусмотрена статусом Заявки и условиями конкретной услуги.</w:t>
      </w:r>
    </w:p>
    <w:p w14:paraId="0944E27A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11.2. </w:t>
      </w:r>
      <w:r w:rsidRPr="00045D89">
        <w:rPr>
          <w:lang w:val="ru-RU"/>
        </w:rPr>
        <w:t xml:space="preserve">Если Заявка отменена </w:t>
      </w:r>
      <w:r w:rsidRPr="00045D89">
        <w:rPr>
          <w:lang w:val="ru-RU"/>
        </w:rPr>
        <w:t>до принятия Исполнителем, до выезда Исполнителя или до начала подготовки услуги, оплата возвращается Пользователю, за исключением случаев, когда иные условия были заранее указаны в приложении и не противоречат закону.</w:t>
      </w:r>
    </w:p>
    <w:p w14:paraId="32B11B6B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11.3. </w:t>
      </w:r>
      <w:r w:rsidRPr="00045D89">
        <w:rPr>
          <w:lang w:val="ru-RU"/>
        </w:rPr>
        <w:t>Если Исполнитель уже выехал, под</w:t>
      </w:r>
      <w:r w:rsidRPr="00045D89">
        <w:rPr>
          <w:lang w:val="ru-RU"/>
        </w:rPr>
        <w:t>готовил услугу, понёс расходы, забронировал время или приступил к выполнению Заявки, при отмене может удерживаться стоимость выезда, диагностики, бронирования, фактически понесённых расходов или иная сумма, заранее указанная в приложении.</w:t>
      </w:r>
    </w:p>
    <w:p w14:paraId="4F759B15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11.4. </w:t>
      </w:r>
      <w:r w:rsidRPr="00045D89">
        <w:rPr>
          <w:lang w:val="ru-RU"/>
        </w:rPr>
        <w:t>Если услуга</w:t>
      </w:r>
      <w:r w:rsidRPr="00045D89">
        <w:rPr>
          <w:lang w:val="ru-RU"/>
        </w:rPr>
        <w:t xml:space="preserve"> не оказана по вине Исполнителя, Пользователь вправе требовать возврата денежных средств за </w:t>
      </w:r>
      <w:proofErr w:type="spellStart"/>
      <w:r w:rsidRPr="00045D89">
        <w:rPr>
          <w:lang w:val="ru-RU"/>
        </w:rPr>
        <w:t>неоказанную</w:t>
      </w:r>
      <w:proofErr w:type="spellEnd"/>
      <w:r w:rsidRPr="00045D89">
        <w:rPr>
          <w:lang w:val="ru-RU"/>
        </w:rPr>
        <w:t xml:space="preserve"> услугу.</w:t>
      </w:r>
    </w:p>
    <w:p w14:paraId="6DCB4BD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11.5. </w:t>
      </w:r>
      <w:r w:rsidRPr="00045D89">
        <w:rPr>
          <w:lang w:val="ru-RU"/>
        </w:rPr>
        <w:t>Если услуга не оказана по причинам на стороне Пользователя, включая неверный адрес, отсутствие Пользователя, отсутствие доступа к автомоби</w:t>
      </w:r>
      <w:r w:rsidRPr="00045D89">
        <w:rPr>
          <w:lang w:val="ru-RU"/>
        </w:rPr>
        <w:t>лю, отказ от услуги после прибытия Исполнителя, несоответствие автомобиля указанным данным или иные обстоятельства, возврат может быть уменьшен на фактические расходы, стоимость выезда или иную сумму, заранее указанную в приложении.</w:t>
      </w:r>
    </w:p>
    <w:p w14:paraId="2B2987CB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11.6. </w:t>
      </w:r>
      <w:r w:rsidRPr="00045D89">
        <w:rPr>
          <w:lang w:val="ru-RU"/>
        </w:rPr>
        <w:t>Если Пользователь</w:t>
      </w:r>
      <w:r w:rsidRPr="00045D89">
        <w:rPr>
          <w:lang w:val="ru-RU"/>
        </w:rPr>
        <w:t xml:space="preserve"> как потребитель предъявляет ВРУМ требование о возврате предварительной оплаты в случаях, предусмотренных законодательством о защите прав потребителей для владельца агрегатора, ВРУМ рассматривает такое требование и осуществляет возврат в порядке и сроки, п</w:t>
      </w:r>
      <w:r w:rsidRPr="00045D89">
        <w:rPr>
          <w:lang w:val="ru-RU"/>
        </w:rPr>
        <w:t>редусмотренные законом, если отсутствуют предусмотренные законом основания для отказа в возврате.</w:t>
      </w:r>
    </w:p>
    <w:p w14:paraId="734B46FE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11.7. </w:t>
      </w:r>
      <w:r w:rsidRPr="00045D89">
        <w:rPr>
          <w:lang w:val="ru-RU"/>
        </w:rPr>
        <w:t>ВРУМ вправе отказать в возврате предварительной оплаты в случаях, предусмотренных законом, в том числе если Исполнитель подтвердил оказание услуги, а со</w:t>
      </w:r>
      <w:r w:rsidRPr="00045D89">
        <w:rPr>
          <w:lang w:val="ru-RU"/>
        </w:rPr>
        <w:t>ответствующее подтверждение направлено Пользователю в установленном порядке.</w:t>
      </w:r>
    </w:p>
    <w:p w14:paraId="29EF6CB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11.8. </w:t>
      </w:r>
      <w:r w:rsidRPr="00045D89">
        <w:rPr>
          <w:lang w:val="ru-RU"/>
        </w:rPr>
        <w:t>Возврат осуществляется тем же способом, которым была произведена оплата, либо иным способом, согласованным с Пользователем и допустимым платёжным сервисом. Срок фактического</w:t>
      </w:r>
      <w:r w:rsidRPr="00045D89">
        <w:rPr>
          <w:lang w:val="ru-RU"/>
        </w:rPr>
        <w:t xml:space="preserve"> зачисления денежных средств зависит также от банка, платёжной системы и платёжного сервиса.</w:t>
      </w:r>
    </w:p>
    <w:p w14:paraId="612A9ECA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11.9. </w:t>
      </w:r>
      <w:r w:rsidRPr="00045D89">
        <w:rPr>
          <w:lang w:val="ru-RU"/>
        </w:rPr>
        <w:t xml:space="preserve">Возврат денежных средств за подписку осуществляется в соответствии с условиями подписки, настоящим соглашением и законом. Отключение </w:t>
      </w:r>
      <w:proofErr w:type="spellStart"/>
      <w:r w:rsidRPr="00045D89">
        <w:rPr>
          <w:lang w:val="ru-RU"/>
        </w:rPr>
        <w:t>автопродления</w:t>
      </w:r>
      <w:proofErr w:type="spellEnd"/>
      <w:r w:rsidRPr="00045D89">
        <w:rPr>
          <w:lang w:val="ru-RU"/>
        </w:rPr>
        <w:t xml:space="preserve"> подписки с</w:t>
      </w:r>
      <w:r w:rsidRPr="00045D89">
        <w:rPr>
          <w:lang w:val="ru-RU"/>
        </w:rPr>
        <w:t>амо по себе не означает автоматический возврат средств за уже оплаченный период, если платная функция была предоставлена и иное не предусмотрено законом или условиями подписки.</w:t>
      </w:r>
    </w:p>
    <w:p w14:paraId="3B1AA451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12. ПОДТВЕРЖДЕНИЕ ВЫПОЛНЕНИЯ УСЛУГИ И ФОТООТЧЁТЫ</w:t>
      </w:r>
    </w:p>
    <w:p w14:paraId="081E97B6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12.1. </w:t>
      </w:r>
      <w:r w:rsidRPr="00045D89">
        <w:rPr>
          <w:lang w:val="ru-RU"/>
        </w:rPr>
        <w:t>Исполнитель может быть о</w:t>
      </w:r>
      <w:r w:rsidRPr="00045D89">
        <w:rPr>
          <w:lang w:val="ru-RU"/>
        </w:rPr>
        <w:t xml:space="preserve">бязан загрузить фотоотчёт, отчёт диагностики, отчёт </w:t>
      </w:r>
      <w:proofErr w:type="spellStart"/>
      <w:r w:rsidRPr="00045D89">
        <w:rPr>
          <w:lang w:val="ru-RU"/>
        </w:rPr>
        <w:t>автоподбора</w:t>
      </w:r>
      <w:proofErr w:type="spellEnd"/>
      <w:r w:rsidRPr="00045D89">
        <w:rPr>
          <w:lang w:val="ru-RU"/>
        </w:rPr>
        <w:t>, заказ-наряд, акт, чек, комментарий или иной материал, подтверждающий выполнение услуги.</w:t>
      </w:r>
    </w:p>
    <w:p w14:paraId="18AEE441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lastRenderedPageBreak/>
        <w:t xml:space="preserve">12.2. </w:t>
      </w:r>
      <w:r w:rsidRPr="00045D89">
        <w:rPr>
          <w:lang w:val="ru-RU"/>
        </w:rPr>
        <w:t>Фотоотчёты и иные материалы могут храниться в Заявке и цифровом гараже Пользователя и использоват</w:t>
      </w:r>
      <w:r w:rsidRPr="00045D89">
        <w:rPr>
          <w:lang w:val="ru-RU"/>
        </w:rPr>
        <w:t>ься для подтверждения факта оказания услуги, контроля качества, рассмотрения обращений, разрешения споров и защиты прав сторон.</w:t>
      </w:r>
    </w:p>
    <w:p w14:paraId="087761DD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12.3. </w:t>
      </w:r>
      <w:r w:rsidRPr="00045D89">
        <w:rPr>
          <w:lang w:val="ru-RU"/>
        </w:rPr>
        <w:t>Пользователь вправе подтвердить выполнение услуги в приложении, оставить отзыв, направить обращение или указать на недоста</w:t>
      </w:r>
      <w:r w:rsidRPr="00045D89">
        <w:rPr>
          <w:lang w:val="ru-RU"/>
        </w:rPr>
        <w:t>тки.</w:t>
      </w:r>
    </w:p>
    <w:p w14:paraId="66F2235D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12.4. </w:t>
      </w:r>
      <w:r w:rsidRPr="00045D89">
        <w:rPr>
          <w:lang w:val="ru-RU"/>
        </w:rPr>
        <w:t>Если Пользователь не подтверждает выполнение услуги и не направляет обращение в разумный срок, Платформа вправе использовать данные Исполнителя, фотоотчёт, статусы, геолокацию, переписку и иные материалы для технического завершения Заявки и выпл</w:t>
      </w:r>
      <w:r w:rsidRPr="00045D89">
        <w:rPr>
          <w:lang w:val="ru-RU"/>
        </w:rPr>
        <w:t>аты Исполнителю.</w:t>
      </w:r>
    </w:p>
    <w:p w14:paraId="72439CF2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12.5. </w:t>
      </w:r>
      <w:r w:rsidRPr="00045D89">
        <w:rPr>
          <w:lang w:val="ru-RU"/>
        </w:rPr>
        <w:t>Техническое завершение Заявки Платформой не лишает Пользователя права предъявить Исполнителю претензию в порядке, предусмотренном законом и настоящим соглашением.</w:t>
      </w:r>
    </w:p>
    <w:p w14:paraId="26E8DAEA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13. ОБРАЩЕНИЯ, ПРЕТЕНЗИИ И МОДЕРАЦИЯ</w:t>
      </w:r>
    </w:p>
    <w:p w14:paraId="4E23052B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13.1. </w:t>
      </w:r>
      <w:r w:rsidRPr="00045D89">
        <w:rPr>
          <w:lang w:val="ru-RU"/>
        </w:rPr>
        <w:t>Пользователь вправе направи</w:t>
      </w:r>
      <w:r w:rsidRPr="00045D89">
        <w:rPr>
          <w:lang w:val="ru-RU"/>
        </w:rPr>
        <w:t xml:space="preserve">ть обращение через приложение, сайт, </w:t>
      </w:r>
      <w:r>
        <w:t>email</w:t>
      </w:r>
      <w:r w:rsidRPr="00045D89">
        <w:rPr>
          <w:lang w:val="ru-RU"/>
        </w:rPr>
        <w:t>, телефон, чат, мессенджер или иной канал, указанный Платформой.</w:t>
      </w:r>
    </w:p>
    <w:p w14:paraId="308A2B5F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13.2. </w:t>
      </w:r>
      <w:r w:rsidRPr="00045D89">
        <w:rPr>
          <w:lang w:val="ru-RU"/>
        </w:rPr>
        <w:t xml:space="preserve">В обращении Пользователь должен указать номер Заявки, суть проблемы, дату, Исполнителя, обстоятельства, требования и приложить </w:t>
      </w:r>
      <w:r w:rsidRPr="00045D89">
        <w:rPr>
          <w:lang w:val="ru-RU"/>
        </w:rPr>
        <w:t>доступные доказательства: фото, видео, документы, переписку, чек, заказ-наряд и иные материалы.</w:t>
      </w:r>
    </w:p>
    <w:p w14:paraId="3FAEB2CE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13.3. </w:t>
      </w:r>
      <w:r w:rsidRPr="00045D89">
        <w:rPr>
          <w:lang w:val="ru-RU"/>
        </w:rPr>
        <w:t>Получение обращения Пользователя Платформой не означает автоматическое признание ответственности ВРУМ или Исполнителя.</w:t>
      </w:r>
    </w:p>
    <w:p w14:paraId="2C0E53C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13.4. </w:t>
      </w:r>
      <w:r w:rsidRPr="00045D89">
        <w:rPr>
          <w:lang w:val="ru-RU"/>
        </w:rPr>
        <w:t xml:space="preserve">ВРУМ вправе перевести Заявку </w:t>
      </w:r>
      <w:r w:rsidRPr="00045D89">
        <w:rPr>
          <w:lang w:val="ru-RU"/>
        </w:rPr>
        <w:t>в статус «Спор», «На модерации» или «Выплата заморожена», запросить пояснения Исполнителя, документы, фотоотчёты, геолокацию, переписку, платёжные сведения и иные материалы.</w:t>
      </w:r>
    </w:p>
    <w:p w14:paraId="3CB05242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13.5. </w:t>
      </w:r>
      <w:r w:rsidRPr="00045D89">
        <w:rPr>
          <w:lang w:val="ru-RU"/>
        </w:rPr>
        <w:t>На период модерации ВРУМ вправе временно приостановить выплату Исполнителю п</w:t>
      </w:r>
      <w:r w:rsidRPr="00045D89">
        <w:rPr>
          <w:lang w:val="ru-RU"/>
        </w:rPr>
        <w:t>олностью или частично. Такая заморозка является технической мерой и не означает признание ВРУМ исполнителем услуги.</w:t>
      </w:r>
    </w:p>
    <w:p w14:paraId="53506F77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13.6. </w:t>
      </w:r>
      <w:r w:rsidRPr="00045D89">
        <w:rPr>
          <w:lang w:val="ru-RU"/>
        </w:rPr>
        <w:t xml:space="preserve">По итогам модерации ВРУМ вправе принять одно или несколько технических решений: передать обращение Исполнителю, запросить </w:t>
      </w:r>
      <w:r w:rsidRPr="00045D89">
        <w:rPr>
          <w:lang w:val="ru-RU"/>
        </w:rPr>
        <w:t>дополнительные сведения, перечислить Исполнителю оплату полностью или частично, вернуть Пользователю оплату полностью или частично, продлить проверку, ограничить Исполнителя, снизить рейтинг Исполнителя или предложить сторонам самостоятельное урегулировани</w:t>
      </w:r>
      <w:r w:rsidRPr="00045D89">
        <w:rPr>
          <w:lang w:val="ru-RU"/>
        </w:rPr>
        <w:t>е спора.</w:t>
      </w:r>
    </w:p>
    <w:p w14:paraId="4FD0F8A1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13.7. </w:t>
      </w:r>
      <w:r w:rsidRPr="00045D89">
        <w:rPr>
          <w:lang w:val="ru-RU"/>
        </w:rPr>
        <w:t>ВРУМ не обещает Пользователю автоматическую компенсацию за счёт собственных средств Платформы по спорам, связанным с качеством услуг Исполнителя, если такая компенсация прямо не предусмотрена законом, акцией, отдельным предложением или решен</w:t>
      </w:r>
      <w:r w:rsidRPr="00045D89">
        <w:rPr>
          <w:lang w:val="ru-RU"/>
        </w:rPr>
        <w:t>ием Платформы.</w:t>
      </w:r>
    </w:p>
    <w:p w14:paraId="1EDF0E82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13.8. </w:t>
      </w:r>
      <w:r w:rsidRPr="00045D89">
        <w:rPr>
          <w:lang w:val="ru-RU"/>
        </w:rPr>
        <w:t>Техническое решение ВРУМ по результатам модерации не является судебной экспертизой, не лишает Пользователя и Исполнителя права обратиться в суд, Роспотребнадзор или иной компетентный орган.</w:t>
      </w:r>
    </w:p>
    <w:p w14:paraId="6E3C58C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13.9. </w:t>
      </w:r>
      <w:r w:rsidRPr="00045D89">
        <w:rPr>
          <w:lang w:val="ru-RU"/>
        </w:rPr>
        <w:t>Претензии по качеству фактических услуг</w:t>
      </w:r>
      <w:r w:rsidRPr="00045D89">
        <w:rPr>
          <w:lang w:val="ru-RU"/>
        </w:rPr>
        <w:t>, недостаткам работ, повреждению автомобиля, гарантиям и срокам предъявляются Исполнителю. ВРУМ может обеспечить технический канал передачи претензии и взаимодействия сторон.</w:t>
      </w:r>
    </w:p>
    <w:p w14:paraId="1C26DC6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13.10. </w:t>
      </w:r>
      <w:r w:rsidRPr="00045D89">
        <w:rPr>
          <w:lang w:val="ru-RU"/>
        </w:rPr>
        <w:t>Обращения, связанные с работой приложения, оплатой, цифровым гаражом, техн</w:t>
      </w:r>
      <w:r w:rsidRPr="00045D89">
        <w:rPr>
          <w:lang w:val="ru-RU"/>
        </w:rPr>
        <w:t>ическими ошибками, доступом к аккаунту, подпиской или действиями ВРУМ как платформы, рассматриваются ВРУМ.</w:t>
      </w:r>
    </w:p>
    <w:p w14:paraId="19E23D0D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14. ОТВЕТСТВЕННОСТЬ СТОРОН</w:t>
      </w:r>
    </w:p>
    <w:p w14:paraId="174CE93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14.1. </w:t>
      </w:r>
      <w:r w:rsidRPr="00045D89">
        <w:rPr>
          <w:lang w:val="ru-RU"/>
        </w:rPr>
        <w:t>Исполнитель несёт ответственность перед Пользователем за качество, объём, сроки, безопасность, гарантию, результат и</w:t>
      </w:r>
      <w:r w:rsidRPr="00045D89">
        <w:rPr>
          <w:lang w:val="ru-RU"/>
        </w:rPr>
        <w:t xml:space="preserve"> последствия оказания фактической услуги.</w:t>
      </w:r>
    </w:p>
    <w:p w14:paraId="7C9B1C52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14.2. </w:t>
      </w:r>
      <w:r w:rsidRPr="00045D89">
        <w:rPr>
          <w:lang w:val="ru-RU"/>
        </w:rPr>
        <w:t xml:space="preserve">ВРУМ несёт ответственность за собственные услуги Платформы, включая работу приложения, оформление Заявки, корректное доведение информации, приём обращений, обработку оплаты и иные обязанности, возложенные на </w:t>
      </w:r>
      <w:r w:rsidRPr="00045D89">
        <w:rPr>
          <w:lang w:val="ru-RU"/>
        </w:rPr>
        <w:t>владельца агрегатора и агента в пределах закона.</w:t>
      </w:r>
    </w:p>
    <w:p w14:paraId="659A6AFA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14.3. </w:t>
      </w:r>
      <w:r w:rsidRPr="00045D89">
        <w:rPr>
          <w:lang w:val="ru-RU"/>
        </w:rPr>
        <w:t>ВРУМ не несёт ответственность за скрытые дефекты автомобиля, ранее возникшие неисправности, недостоверные сведения Пользователя или продавца автомобиля, действия третьих лиц, погодные условия, отсутств</w:t>
      </w:r>
      <w:r w:rsidRPr="00045D89">
        <w:rPr>
          <w:lang w:val="ru-RU"/>
        </w:rPr>
        <w:t>ие доступа к автомобилю, невозможность оказания услуги по причинам, не зависящим от ВРУМ.</w:t>
      </w:r>
    </w:p>
    <w:p w14:paraId="7006D5F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lastRenderedPageBreak/>
        <w:t xml:space="preserve">14.4. </w:t>
      </w:r>
      <w:r w:rsidRPr="00045D89">
        <w:rPr>
          <w:lang w:val="ru-RU"/>
        </w:rPr>
        <w:t>ВРУМ не гарантирует бесперебойную, непрерывную и безошибочную работу приложения, отсутствие технических перерывов, совместимость приложения с любым устройством,</w:t>
      </w:r>
      <w:r w:rsidRPr="00045D89">
        <w:rPr>
          <w:lang w:val="ru-RU"/>
        </w:rPr>
        <w:t xml:space="preserve"> операционной системой или сетью связи.</w:t>
      </w:r>
    </w:p>
    <w:p w14:paraId="514AE960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14.5. </w:t>
      </w:r>
      <w:r w:rsidRPr="00045D89">
        <w:rPr>
          <w:lang w:val="ru-RU"/>
        </w:rPr>
        <w:t xml:space="preserve">ВРУМ не отвечает за убытки Пользователя, вызванные невозможностью использовать приложение по причинам, связанным с устройством Пользователя, интернет-соединением, действиями операторов связи, банков, платёжных </w:t>
      </w:r>
      <w:r w:rsidRPr="00045D89">
        <w:rPr>
          <w:lang w:val="ru-RU"/>
        </w:rPr>
        <w:t>систем, третьих лиц, обстоятельствами непреодолимой силы или техническим обслуживанием.</w:t>
      </w:r>
    </w:p>
    <w:p w14:paraId="41E7EBE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14.6. </w:t>
      </w:r>
      <w:r w:rsidRPr="00045D89">
        <w:rPr>
          <w:lang w:val="ru-RU"/>
        </w:rPr>
        <w:t>Положения об ограничении ответственности ВРУМ применяются только в части, не противоречащей императивным нормам законодательства о защите прав потребителей и иным</w:t>
      </w:r>
      <w:r w:rsidRPr="00045D89">
        <w:rPr>
          <w:lang w:val="ru-RU"/>
        </w:rPr>
        <w:t xml:space="preserve"> обязательным требованиям закона.</w:t>
      </w:r>
    </w:p>
    <w:p w14:paraId="7951E990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14.7. </w:t>
      </w:r>
      <w:r w:rsidRPr="00045D89">
        <w:rPr>
          <w:lang w:val="ru-RU"/>
        </w:rPr>
        <w:t>Пользователь отвечает за достоверность предоставленных данных, законность загружаемых материалов, своевременную оплату, соблюдение правил использования приложения и последствия неправомерного использования своего акк</w:t>
      </w:r>
      <w:r w:rsidRPr="00045D89">
        <w:rPr>
          <w:lang w:val="ru-RU"/>
        </w:rPr>
        <w:t>аунта.</w:t>
      </w:r>
    </w:p>
    <w:p w14:paraId="567A21B0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15. ПЕРСОНАЛЬНЫЕ ДАННЫЕ И ПЕРЕДАЧА ДАННЫХ ПАРТНЁРАМ</w:t>
      </w:r>
    </w:p>
    <w:p w14:paraId="266B37D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15.1. </w:t>
      </w:r>
      <w:r w:rsidRPr="00045D89">
        <w:rPr>
          <w:lang w:val="ru-RU"/>
        </w:rPr>
        <w:t xml:space="preserve">Обработка персональных данных Пользователя осуществляется в соответствии с политикой обработки персональных данных ВРУМ, размещённой в приложении и/или на сайте Платформы по адресу: </w:t>
      </w:r>
      <w:proofErr w:type="spellStart"/>
      <w:r>
        <w:t>wroomauto</w:t>
      </w:r>
      <w:proofErr w:type="spellEnd"/>
      <w:r w:rsidRPr="00045D89">
        <w:rPr>
          <w:lang w:val="ru-RU"/>
        </w:rPr>
        <w:t>.</w:t>
      </w:r>
      <w:proofErr w:type="spellStart"/>
      <w:r>
        <w:t>ru</w:t>
      </w:r>
      <w:proofErr w:type="spellEnd"/>
      <w:r w:rsidRPr="00045D89">
        <w:rPr>
          <w:lang w:val="ru-RU"/>
        </w:rPr>
        <w:t>/</w:t>
      </w:r>
      <w:r>
        <w:t>legal</w:t>
      </w:r>
      <w:r w:rsidRPr="00045D89">
        <w:rPr>
          <w:lang w:val="ru-RU"/>
        </w:rPr>
        <w:t>/</w:t>
      </w:r>
      <w:r>
        <w:t>privacy</w:t>
      </w:r>
      <w:r w:rsidRPr="00045D89">
        <w:rPr>
          <w:lang w:val="ru-RU"/>
        </w:rPr>
        <w:t>-</w:t>
      </w:r>
      <w:r>
        <w:t>policy</w:t>
      </w:r>
      <w:r w:rsidRPr="00045D89">
        <w:rPr>
          <w:lang w:val="ru-RU"/>
        </w:rPr>
        <w:t>.</w:t>
      </w:r>
    </w:p>
    <w:p w14:paraId="7A498027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15.2. </w:t>
      </w:r>
      <w:r w:rsidRPr="00045D89">
        <w:rPr>
          <w:lang w:val="ru-RU"/>
        </w:rPr>
        <w:t xml:space="preserve">Для регистрации, оформления Заявки, оплаты, работы цифрового гаража, поддержки, безопасности, </w:t>
      </w:r>
      <w:proofErr w:type="spellStart"/>
      <w:r w:rsidRPr="00045D89">
        <w:rPr>
          <w:lang w:val="ru-RU"/>
        </w:rPr>
        <w:t>фискализации</w:t>
      </w:r>
      <w:proofErr w:type="spellEnd"/>
      <w:r w:rsidRPr="00045D89">
        <w:rPr>
          <w:lang w:val="ru-RU"/>
        </w:rPr>
        <w:t xml:space="preserve"> и исполнения функций приложения ВРУМ может обрабатывать номер телефона, </w:t>
      </w:r>
      <w:r>
        <w:t>email</w:t>
      </w:r>
      <w:r w:rsidRPr="00045D89">
        <w:rPr>
          <w:lang w:val="ru-RU"/>
        </w:rPr>
        <w:t xml:space="preserve">, ФИО, сведения об автомобиле, </w:t>
      </w:r>
      <w:r>
        <w:t>VIN</w:t>
      </w:r>
      <w:r w:rsidRPr="00045D89">
        <w:rPr>
          <w:lang w:val="ru-RU"/>
        </w:rPr>
        <w:t>, госу</w:t>
      </w:r>
      <w:r w:rsidRPr="00045D89">
        <w:rPr>
          <w:lang w:val="ru-RU"/>
        </w:rPr>
        <w:t>дарственный регистрационный знак, адрес, геолокацию, данные платежа, историю Заявок, фото, документы, обращения, технические данные устройства и иные сведения.</w:t>
      </w:r>
    </w:p>
    <w:p w14:paraId="70C64496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15.3. </w:t>
      </w:r>
      <w:r w:rsidRPr="00045D89">
        <w:rPr>
          <w:lang w:val="ru-RU"/>
        </w:rPr>
        <w:t>Для исполнения Заявки и предоставления отдельных модулей персональные данные и сведения об</w:t>
      </w:r>
      <w:r w:rsidRPr="00045D89">
        <w:rPr>
          <w:lang w:val="ru-RU"/>
        </w:rPr>
        <w:t xml:space="preserve"> автомобиле могут передаваться выбранному Исполнителю, СТО, выездному мастеру, автоэксперту, эвакуатору, платёжному сервису, оператору </w:t>
      </w:r>
      <w:proofErr w:type="spellStart"/>
      <w:r w:rsidRPr="00045D89">
        <w:rPr>
          <w:lang w:val="ru-RU"/>
        </w:rPr>
        <w:t>фискализации</w:t>
      </w:r>
      <w:proofErr w:type="spellEnd"/>
      <w:r w:rsidRPr="00045D89">
        <w:rPr>
          <w:lang w:val="ru-RU"/>
        </w:rPr>
        <w:t xml:space="preserve">, оператору связи, картографическому сервису, сервису проверки данных, службе поддержки, хостинг-провайдеру, </w:t>
      </w:r>
      <w:r w:rsidRPr="00045D89">
        <w:rPr>
          <w:lang w:val="ru-RU"/>
        </w:rPr>
        <w:t xml:space="preserve">аналитическому сервису, страховой или </w:t>
      </w:r>
      <w:proofErr w:type="spellStart"/>
      <w:r w:rsidRPr="00045D89">
        <w:rPr>
          <w:lang w:val="ru-RU"/>
        </w:rPr>
        <w:t>ассистанс</w:t>
      </w:r>
      <w:proofErr w:type="spellEnd"/>
      <w:r w:rsidRPr="00045D89">
        <w:rPr>
          <w:lang w:val="ru-RU"/>
        </w:rPr>
        <w:t>-компании и иным лицам, участвующим в оказании услуги или работе приложения.</w:t>
      </w:r>
    </w:p>
    <w:p w14:paraId="0142286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15.4. </w:t>
      </w:r>
      <w:r w:rsidRPr="00045D89">
        <w:rPr>
          <w:lang w:val="ru-RU"/>
        </w:rPr>
        <w:t>Отдельные партнёры могут самостоятельно определять цели и способы обработки персональных данных в пределах своих сервисов и пр</w:t>
      </w:r>
      <w:r w:rsidRPr="00045D89">
        <w:rPr>
          <w:lang w:val="ru-RU"/>
        </w:rPr>
        <w:t>именимого законодательства. ВРУМ доводит до Пользователя информацию о таких партнёрах в приложении, на сайте или в интерфейсе соответствующего модуля, если это необходимо по закону.</w:t>
      </w:r>
    </w:p>
    <w:p w14:paraId="6214BF46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15.5. </w:t>
      </w:r>
      <w:r w:rsidRPr="00045D89">
        <w:rPr>
          <w:lang w:val="ru-RU"/>
        </w:rPr>
        <w:t xml:space="preserve">Пользователь подтверждает, что не загружает в приложение документы, </w:t>
      </w:r>
      <w:r w:rsidRPr="00045D89">
        <w:rPr>
          <w:lang w:val="ru-RU"/>
        </w:rPr>
        <w:t>фотографии и сведения третьих лиц без законного основания или согласия таких лиц.</w:t>
      </w:r>
    </w:p>
    <w:p w14:paraId="50FAC1B0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15.6. </w:t>
      </w:r>
      <w:r w:rsidRPr="00045D89">
        <w:rPr>
          <w:lang w:val="ru-RU"/>
        </w:rPr>
        <w:t xml:space="preserve">Маркетинговые сообщения направляются Пользователю при наличии законного основания или согласия Пользователя, если такое согласие требуется законом. Пользователь вправе </w:t>
      </w:r>
      <w:r w:rsidRPr="00045D89">
        <w:rPr>
          <w:lang w:val="ru-RU"/>
        </w:rPr>
        <w:t>отказаться от рекламных рассылок доступным способом.</w:t>
      </w:r>
    </w:p>
    <w:p w14:paraId="3EE55966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16. ОТЗЫВЫ, РЕЙТИНГ И МАТЕРИАЛЫ ПОЛЬЗОВАТЕЛЯ</w:t>
      </w:r>
    </w:p>
    <w:p w14:paraId="7FA37D6F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16.1. </w:t>
      </w:r>
      <w:r w:rsidRPr="00045D89">
        <w:rPr>
          <w:lang w:val="ru-RU"/>
        </w:rPr>
        <w:t>Пользователь вправе оставлять отзывы, оценки, комментарии и загружать материалы, связанные с оказанной услугой.</w:t>
      </w:r>
    </w:p>
    <w:p w14:paraId="3E10144B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16.2. </w:t>
      </w:r>
      <w:r w:rsidRPr="00045D89">
        <w:rPr>
          <w:lang w:val="ru-RU"/>
        </w:rPr>
        <w:t>Пользователь обязуется не размещат</w:t>
      </w:r>
      <w:r w:rsidRPr="00045D89">
        <w:rPr>
          <w:lang w:val="ru-RU"/>
        </w:rPr>
        <w:t>ь оскорбления, угрозы, заведомо ложные сведения, персональные данные третьих лиц без согласия, рекламу, спам, экстремистские материалы, незаконную информацию или сведения, не относящиеся к Заявке.</w:t>
      </w:r>
    </w:p>
    <w:p w14:paraId="09E75C96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16.3. </w:t>
      </w:r>
      <w:r w:rsidRPr="00045D89">
        <w:rPr>
          <w:lang w:val="ru-RU"/>
        </w:rPr>
        <w:t>ВРУМ вправе модерировать, скрывать или удалять отзывы</w:t>
      </w:r>
      <w:r w:rsidRPr="00045D89">
        <w:rPr>
          <w:lang w:val="ru-RU"/>
        </w:rPr>
        <w:t xml:space="preserve"> и материалы, нарушающие настоящее соглашение, закон, права третьих лиц или правила приложения.</w:t>
      </w:r>
    </w:p>
    <w:p w14:paraId="0BD7AA15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16.4. </w:t>
      </w:r>
      <w:r w:rsidRPr="00045D89">
        <w:rPr>
          <w:lang w:val="ru-RU"/>
        </w:rPr>
        <w:t xml:space="preserve">Размещение отзыва означает согласие Пользователя на его отображение в приложении, на сайте, в карточке Исполнителя или в иных материалах </w:t>
      </w:r>
      <w:r w:rsidRPr="00045D89">
        <w:rPr>
          <w:lang w:val="ru-RU"/>
        </w:rPr>
        <w:t>Платформы без раскрытия лишних персональных данных, если иное не согласовано с Пользователем.</w:t>
      </w:r>
    </w:p>
    <w:p w14:paraId="6BA494F5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16.5. </w:t>
      </w:r>
      <w:r w:rsidRPr="00045D89">
        <w:rPr>
          <w:lang w:val="ru-RU"/>
        </w:rPr>
        <w:t>Рейтинг Исполнителей формируется по внутренним алгоритмам Платформы и может учитывать оценки, отзывы, количество заявок, скорость реакции, жалобы, отмены, ф</w:t>
      </w:r>
      <w:r w:rsidRPr="00045D89">
        <w:rPr>
          <w:lang w:val="ru-RU"/>
        </w:rPr>
        <w:t>отоотчёты и иные показатели.</w:t>
      </w:r>
    </w:p>
    <w:p w14:paraId="23F37716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lastRenderedPageBreak/>
        <w:t>17. УВЕДОМЛЕНИЯ И КОММУНИКАЦИЯ</w:t>
      </w:r>
    </w:p>
    <w:p w14:paraId="4E2C590A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17.1. </w:t>
      </w:r>
      <w:r w:rsidRPr="00045D89">
        <w:rPr>
          <w:lang w:val="ru-RU"/>
        </w:rPr>
        <w:t>ВРУМ вправе направлять Пользователю сервисные уведомления, связанные с регистрацией, Заявками, оплатой, подпиской, цифровым гаражом, безопасностью аккаунта, изменением документов, обращениям</w:t>
      </w:r>
      <w:r w:rsidRPr="00045D89">
        <w:rPr>
          <w:lang w:val="ru-RU"/>
        </w:rPr>
        <w:t>и и работой приложения.</w:t>
      </w:r>
    </w:p>
    <w:p w14:paraId="1660AA81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17.2. </w:t>
      </w:r>
      <w:r w:rsidRPr="00045D89">
        <w:rPr>
          <w:lang w:val="ru-RU"/>
        </w:rPr>
        <w:t xml:space="preserve">Уведомления могут направляться через приложение, </w:t>
      </w:r>
      <w:r>
        <w:t>push</w:t>
      </w:r>
      <w:r w:rsidRPr="00045D89">
        <w:rPr>
          <w:lang w:val="ru-RU"/>
        </w:rPr>
        <w:t xml:space="preserve">-уведомления, </w:t>
      </w:r>
      <w:r>
        <w:t>SMS</w:t>
      </w:r>
      <w:r w:rsidRPr="00045D89">
        <w:rPr>
          <w:lang w:val="ru-RU"/>
        </w:rPr>
        <w:t xml:space="preserve">, </w:t>
      </w:r>
      <w:r>
        <w:t>email</w:t>
      </w:r>
      <w:r w:rsidRPr="00045D89">
        <w:rPr>
          <w:lang w:val="ru-RU"/>
        </w:rPr>
        <w:t>, телефонный звонок, мессенджер или иные каналы, указанные Пользователем.</w:t>
      </w:r>
    </w:p>
    <w:p w14:paraId="1579D07C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17.3. </w:t>
      </w:r>
      <w:r w:rsidRPr="00045D89">
        <w:rPr>
          <w:lang w:val="ru-RU"/>
        </w:rPr>
        <w:t>Сервисные уведомления не являются рекламой и необходимы для работы пр</w:t>
      </w:r>
      <w:r w:rsidRPr="00045D89">
        <w:rPr>
          <w:lang w:val="ru-RU"/>
        </w:rPr>
        <w:t>иложения и исполнения Заявок.</w:t>
      </w:r>
    </w:p>
    <w:p w14:paraId="7D3FF2AB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17.4. </w:t>
      </w:r>
      <w:r w:rsidRPr="00045D89">
        <w:rPr>
          <w:lang w:val="ru-RU"/>
        </w:rPr>
        <w:t xml:space="preserve">Юридически значимые уведомления считаются полученными Пользователем с момента их размещения в приложении, направления по указанному </w:t>
      </w:r>
      <w:r>
        <w:t>email</w:t>
      </w:r>
      <w:r w:rsidRPr="00045D89">
        <w:rPr>
          <w:lang w:val="ru-RU"/>
        </w:rPr>
        <w:t>, телефону или иному каналу связи, если иное не установлено законом.</w:t>
      </w:r>
    </w:p>
    <w:p w14:paraId="194D9138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18. ИНТЕЛЛЕКТУ</w:t>
      </w:r>
      <w:r w:rsidRPr="00045D89">
        <w:rPr>
          <w:b w:val="0"/>
          <w:lang w:val="ru-RU"/>
        </w:rPr>
        <w:t>АЛЬНАЯ СОБСТВЕННОСТЬ</w:t>
      </w:r>
    </w:p>
    <w:p w14:paraId="4FC8D800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18.1. </w:t>
      </w:r>
      <w:r w:rsidRPr="00045D89">
        <w:rPr>
          <w:lang w:val="ru-RU"/>
        </w:rPr>
        <w:t>Исключительные права на приложение, сайт, интерфейс, дизайн, базы данных, логотип, фирменное наименование, тексты, алгоритмы, программный код и иные объекты ВРУМ принадлежат Платформе или иным правообладателям.</w:t>
      </w:r>
    </w:p>
    <w:p w14:paraId="67135CDA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18.2. </w:t>
      </w:r>
      <w:r w:rsidRPr="00045D89">
        <w:rPr>
          <w:lang w:val="ru-RU"/>
        </w:rPr>
        <w:t>Пользователю</w:t>
      </w:r>
      <w:r w:rsidRPr="00045D89">
        <w:rPr>
          <w:lang w:val="ru-RU"/>
        </w:rPr>
        <w:t xml:space="preserve"> предоставляется ограниченное, неисключительное, непередаваемое право использовать приложение по его назначению в соответствии с настоящим соглашением.</w:t>
      </w:r>
    </w:p>
    <w:p w14:paraId="6CDE03C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18.3. </w:t>
      </w:r>
      <w:r w:rsidRPr="00045D89">
        <w:rPr>
          <w:lang w:val="ru-RU"/>
        </w:rPr>
        <w:t xml:space="preserve">Пользователь не вправе копировать, модифицировать, </w:t>
      </w:r>
      <w:proofErr w:type="spellStart"/>
      <w:r w:rsidRPr="00045D89">
        <w:rPr>
          <w:lang w:val="ru-RU"/>
        </w:rPr>
        <w:t>декомпилировать</w:t>
      </w:r>
      <w:proofErr w:type="spellEnd"/>
      <w:r w:rsidRPr="00045D89">
        <w:rPr>
          <w:lang w:val="ru-RU"/>
        </w:rPr>
        <w:t xml:space="preserve">, распространять, </w:t>
      </w:r>
      <w:r w:rsidRPr="00045D89">
        <w:rPr>
          <w:lang w:val="ru-RU"/>
        </w:rPr>
        <w:t>продавать, сдавать в аренду, создавать производные продукты, обходить защиту, вмешиваться в работу приложения или использовать его не по назначению.</w:t>
      </w:r>
    </w:p>
    <w:p w14:paraId="1C43579D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18.4. </w:t>
      </w:r>
      <w:r w:rsidRPr="00045D89">
        <w:rPr>
          <w:lang w:val="ru-RU"/>
        </w:rPr>
        <w:t>Использование приложения не передаёт Пользователю никаких исключительных прав на объекты интеллектуал</w:t>
      </w:r>
      <w:r w:rsidRPr="00045D89">
        <w:rPr>
          <w:lang w:val="ru-RU"/>
        </w:rPr>
        <w:t>ьной собственности ВРУМ.</w:t>
      </w:r>
    </w:p>
    <w:p w14:paraId="5E84DA9B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19. ЗАПРЕТ ПРЕДСТАВЛЯТЬСЯ ПРЕДСТАВИТЕЛЕМ ВРУМ ИЛИ ИСПОЛНИТЕЛЯ</w:t>
      </w:r>
    </w:p>
    <w:p w14:paraId="29C34B7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19.1. </w:t>
      </w:r>
      <w:r w:rsidRPr="00045D89">
        <w:rPr>
          <w:lang w:val="ru-RU"/>
        </w:rPr>
        <w:t xml:space="preserve">Использование приложения не даёт Пользователю права действовать как представитель, агент, работник, исполнитель, партнёр или уполномоченное лицо ВРУМ, Исполнителя </w:t>
      </w:r>
      <w:r w:rsidRPr="00045D89">
        <w:rPr>
          <w:lang w:val="ru-RU"/>
        </w:rPr>
        <w:t>или партнёра.</w:t>
      </w:r>
    </w:p>
    <w:p w14:paraId="4433084B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19.2. </w:t>
      </w:r>
      <w:r w:rsidRPr="00045D89">
        <w:rPr>
          <w:lang w:val="ru-RU"/>
        </w:rPr>
        <w:t>Пользователь не вправе использовать бренд, логотип, название, материалы или интерфейс ВРУМ для создания впечатления о наличии у него полномочий представлять ВРУМ, если такие полномочия прямо не предоставлены письменным договором.</w:t>
      </w:r>
    </w:p>
    <w:p w14:paraId="74D20CF2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19.3. </w:t>
      </w:r>
      <w:r w:rsidRPr="00045D89">
        <w:rPr>
          <w:lang w:val="ru-RU"/>
        </w:rPr>
        <w:t>Любые предложения третьих лиц, Исполнителей или партнёров, не входящие в состав функций Платформы, регулируются отдельно между Пользователем и соответствующим лицом, если иное прямо не указано в приложении.</w:t>
      </w:r>
    </w:p>
    <w:p w14:paraId="394788BD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20. ИЗМЕНЕНИЕ СОГЛАШЕНИЯ И ПРАВОВЫХ ДОКУМЕНТОВ</w:t>
      </w:r>
    </w:p>
    <w:p w14:paraId="08559900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>20</w:t>
      </w:r>
      <w:r w:rsidRPr="00045D89">
        <w:rPr>
          <w:b/>
          <w:lang w:val="ru-RU"/>
        </w:rPr>
        <w:t xml:space="preserve">.1. </w:t>
      </w:r>
      <w:r w:rsidRPr="00045D89">
        <w:rPr>
          <w:lang w:val="ru-RU"/>
        </w:rPr>
        <w:t>ВРУМ вправе изменять настоящее соглашение, правовые документы, тарифы, правила отдельных модулей и условия подписки в одностороннем порядке, если иное не установлено законом.</w:t>
      </w:r>
    </w:p>
    <w:p w14:paraId="56DB3C69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20.2. </w:t>
      </w:r>
      <w:r w:rsidRPr="00045D89">
        <w:rPr>
          <w:lang w:val="ru-RU"/>
        </w:rPr>
        <w:t xml:space="preserve">Новая редакция вступает в силу с даты публикации в приложении и/или на </w:t>
      </w:r>
      <w:r w:rsidRPr="00045D89">
        <w:rPr>
          <w:lang w:val="ru-RU"/>
        </w:rPr>
        <w:t>сайте Платформы, если иной срок не указан при публикации.</w:t>
      </w:r>
    </w:p>
    <w:p w14:paraId="33A976D1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20.3. </w:t>
      </w:r>
      <w:r w:rsidRPr="00045D89">
        <w:rPr>
          <w:lang w:val="ru-RU"/>
        </w:rPr>
        <w:t>Продолжение использования приложения после вступления новой редакции в силу означает согласие Пользователя с изменениями.</w:t>
      </w:r>
    </w:p>
    <w:p w14:paraId="073FEE45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20.4. </w:t>
      </w:r>
      <w:r w:rsidRPr="00045D89">
        <w:rPr>
          <w:lang w:val="ru-RU"/>
        </w:rPr>
        <w:t>Изменения не применяются к уже оплаченным и завершённым Заявкам,</w:t>
      </w:r>
      <w:r w:rsidRPr="00045D89">
        <w:rPr>
          <w:lang w:val="ru-RU"/>
        </w:rPr>
        <w:t xml:space="preserve"> если иное не предусмотрено законом, не улучшает положение Пользователя или прямо не указано в новой редакции.</w:t>
      </w:r>
    </w:p>
    <w:p w14:paraId="3AA48557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20.5. </w:t>
      </w:r>
      <w:r w:rsidRPr="00045D89">
        <w:rPr>
          <w:lang w:val="ru-RU"/>
        </w:rPr>
        <w:t>Платформа вправе вести архив предыдущих редакций документов и указывать дату публикации каждой редакции.</w:t>
      </w:r>
    </w:p>
    <w:p w14:paraId="549C1DE4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lastRenderedPageBreak/>
        <w:t>21. ДОПОЛНИТЕЛЬНЫЕ ЮРИДИЧЕСКИЕ ПОЛ</w:t>
      </w:r>
      <w:r w:rsidRPr="00045D89">
        <w:rPr>
          <w:b w:val="0"/>
          <w:lang w:val="ru-RU"/>
        </w:rPr>
        <w:t>ОЖЕНИЯ</w:t>
      </w:r>
    </w:p>
    <w:p w14:paraId="0433920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21.1. </w:t>
      </w:r>
      <w:r w:rsidRPr="00045D89">
        <w:rPr>
          <w:lang w:val="ru-RU"/>
        </w:rPr>
        <w:t>Если одно или несколько положений настоящего соглашения будут признаны недействительными, такая недействительность не влияет на действительность остальных положений и соглашения в целом.</w:t>
      </w:r>
    </w:p>
    <w:p w14:paraId="4975634B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21.2. </w:t>
      </w:r>
      <w:r w:rsidRPr="00045D89">
        <w:rPr>
          <w:lang w:val="ru-RU"/>
        </w:rPr>
        <w:t>ВРУМ вправе предоставить перевод настоящего соглаш</w:t>
      </w:r>
      <w:r w:rsidRPr="00045D89">
        <w:rPr>
          <w:lang w:val="ru-RU"/>
        </w:rPr>
        <w:t>ения на другие языки. В случае расхождения между русскоязычной версией и переводом юридическую силу имеет русскоязычная версия.</w:t>
      </w:r>
    </w:p>
    <w:p w14:paraId="376F04CB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21.3. </w:t>
      </w:r>
      <w:r w:rsidRPr="00045D89">
        <w:rPr>
          <w:lang w:val="ru-RU"/>
        </w:rPr>
        <w:t>Не вступая в противоречие с условиями настоящего соглашения, Пользователь и ВРУМ вправе в любое время оформить отношения в</w:t>
      </w:r>
      <w:r w:rsidRPr="00045D89">
        <w:rPr>
          <w:lang w:val="ru-RU"/>
        </w:rPr>
        <w:t xml:space="preserve"> форме отдельного письменного документа.</w:t>
      </w:r>
    </w:p>
    <w:p w14:paraId="3917C3B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21.4. </w:t>
      </w:r>
      <w:r w:rsidRPr="00045D89">
        <w:rPr>
          <w:lang w:val="ru-RU"/>
        </w:rPr>
        <w:t>Пользователь не вправе передавать свои права и обязанности по настоящему соглашению третьим лицам без предварительного согласия ВРУМ, если иное не предусмотрено законом.</w:t>
      </w:r>
    </w:p>
    <w:p w14:paraId="5FBB8FB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21.5. </w:t>
      </w:r>
      <w:r w:rsidRPr="00045D89">
        <w:rPr>
          <w:lang w:val="ru-RU"/>
        </w:rPr>
        <w:t>ВРУМ вправе передать свои права и</w:t>
      </w:r>
      <w:r w:rsidRPr="00045D89">
        <w:rPr>
          <w:lang w:val="ru-RU"/>
        </w:rPr>
        <w:t xml:space="preserve"> обязанности по настоящему соглашению правопреемнику, аффилированному лицу или иному лицу при условии, что такая передача не ухудшает положение Пользователя как потребителя и не противоречит закону.</w:t>
      </w:r>
    </w:p>
    <w:p w14:paraId="3984D8E3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21.6. </w:t>
      </w:r>
      <w:r w:rsidRPr="00045D89">
        <w:rPr>
          <w:lang w:val="ru-RU"/>
        </w:rPr>
        <w:t xml:space="preserve">Неприменение ВРУМ какого-либо права или меры </w:t>
      </w:r>
      <w:r w:rsidRPr="00045D89">
        <w:rPr>
          <w:lang w:val="ru-RU"/>
        </w:rPr>
        <w:t>защиты не означает отказ от такого права или меры защиты в будущем.</w:t>
      </w:r>
    </w:p>
    <w:p w14:paraId="388156E7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22. ПОРЯДОК РАССМОТРЕНИЯ СПОРОВ</w:t>
      </w:r>
    </w:p>
    <w:p w14:paraId="54EFBEF9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22.1. </w:t>
      </w:r>
      <w:r w:rsidRPr="00045D89">
        <w:rPr>
          <w:lang w:val="ru-RU"/>
        </w:rPr>
        <w:t xml:space="preserve">Пользователь вправе направить обращение или претензию в ВРУМ через приложение, сайт, </w:t>
      </w:r>
      <w:r>
        <w:t>email</w:t>
      </w:r>
      <w:r w:rsidRPr="00045D89">
        <w:rPr>
          <w:lang w:val="ru-RU"/>
        </w:rPr>
        <w:t xml:space="preserve"> или иной канал, указанный Платформой.</w:t>
      </w:r>
    </w:p>
    <w:p w14:paraId="0C7E353F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22.2. </w:t>
      </w:r>
      <w:r w:rsidRPr="00045D89">
        <w:rPr>
          <w:lang w:val="ru-RU"/>
        </w:rPr>
        <w:t>ВРУМ рассматрив</w:t>
      </w:r>
      <w:r w:rsidRPr="00045D89">
        <w:rPr>
          <w:lang w:val="ru-RU"/>
        </w:rPr>
        <w:t>ает обращения по вопросам работы приложения, оплаты, подписки, цифрового гаража, модерации, технических ошибок и исполнения обязанностей Платформы.</w:t>
      </w:r>
    </w:p>
    <w:p w14:paraId="60CD5CBE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22.3. </w:t>
      </w:r>
      <w:r w:rsidRPr="00045D89">
        <w:rPr>
          <w:lang w:val="ru-RU"/>
        </w:rPr>
        <w:t>Претензии по качеству фактических услуг направляются соответствующему Исполнителю. ВРУМ может обеспечи</w:t>
      </w:r>
      <w:r w:rsidRPr="00045D89">
        <w:rPr>
          <w:lang w:val="ru-RU"/>
        </w:rPr>
        <w:t>ть технический канал передачи претензии и запросить у Исполнителя пояснения.</w:t>
      </w:r>
    </w:p>
    <w:p w14:paraId="416BE154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22.4. </w:t>
      </w:r>
      <w:r w:rsidRPr="00045D89">
        <w:rPr>
          <w:lang w:val="ru-RU"/>
        </w:rPr>
        <w:t>Если Пользователь является потребителем, споры подлежат рассмотрению в порядке, предусмотренном законодательством о защите прав потребителей. Настоящее соглашение не огранич</w:t>
      </w:r>
      <w:r w:rsidRPr="00045D89">
        <w:rPr>
          <w:lang w:val="ru-RU"/>
        </w:rPr>
        <w:t>ивает право потребителя обращаться в суд и государственные органы в случаях и порядке, предусмотренных законом.</w:t>
      </w:r>
    </w:p>
    <w:p w14:paraId="62B03A77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22.5. </w:t>
      </w:r>
      <w:r w:rsidRPr="00045D89">
        <w:rPr>
          <w:lang w:val="ru-RU"/>
        </w:rPr>
        <w:t xml:space="preserve">Если Пользователь не является потребителем и использует приложение в предпринимательских целях, споры с ВРУМ подлежат рассмотрению в суде </w:t>
      </w:r>
      <w:r w:rsidRPr="00045D89">
        <w:rPr>
          <w:lang w:val="ru-RU"/>
        </w:rPr>
        <w:t>по месту нахождения ВРУМ, если иной порядок не согласован сторонами.</w:t>
      </w:r>
    </w:p>
    <w:p w14:paraId="1DBFD71A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23. ОБСТОЯТЕЛЬСТВА ВНЕ КОНТРОЛЯ СТОРОН</w:t>
      </w:r>
    </w:p>
    <w:p w14:paraId="63ABBB30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23.1. </w:t>
      </w:r>
      <w:r w:rsidRPr="00045D89">
        <w:rPr>
          <w:lang w:val="ru-RU"/>
        </w:rPr>
        <w:t>ВРУМ не отвечает за неисполнение или ненадлежащее исполнение обязательств, вызванное обстоятельствами вне разумного контроля ВРУМ, включая ава</w:t>
      </w:r>
      <w:r w:rsidRPr="00045D89">
        <w:rPr>
          <w:lang w:val="ru-RU"/>
        </w:rPr>
        <w:t>рии, сбои связи, действия операторов, банков, платёжных систем, органов власти, чрезвычайные ситуации, военные действия, эпидемии, пожары, стихийные бедствия, массовые технические сбои, кибератаки и иные обстоятельства непреодолимой силы.</w:t>
      </w:r>
    </w:p>
    <w:p w14:paraId="4E3909DC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23.2. </w:t>
      </w:r>
      <w:r w:rsidRPr="00045D89">
        <w:rPr>
          <w:lang w:val="ru-RU"/>
        </w:rPr>
        <w:t>При возникн</w:t>
      </w:r>
      <w:r w:rsidRPr="00045D89">
        <w:rPr>
          <w:lang w:val="ru-RU"/>
        </w:rPr>
        <w:t>овении таких обстоятельств ВРУМ принимает разумные меры для восстановления работы приложения и информирования Пользователей, если это технически возможно.</w:t>
      </w:r>
    </w:p>
    <w:p w14:paraId="7D3C2C90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24. ДАТА ПУБЛИКАЦИИ И ПРЕДЫДУЩИЕ РЕДАКЦИИ</w:t>
      </w:r>
    </w:p>
    <w:p w14:paraId="088682E2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24.1. </w:t>
      </w:r>
      <w:r w:rsidRPr="00045D89">
        <w:rPr>
          <w:lang w:val="ru-RU"/>
        </w:rPr>
        <w:t xml:space="preserve">Дата публикации настоящей редакции: «___» __________ </w:t>
      </w:r>
      <w:r w:rsidRPr="00045D89">
        <w:rPr>
          <w:lang w:val="ru-RU"/>
        </w:rPr>
        <w:t>2026 г.</w:t>
      </w:r>
    </w:p>
    <w:p w14:paraId="2B57C13D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24.2. </w:t>
      </w:r>
      <w:r w:rsidRPr="00045D89">
        <w:rPr>
          <w:lang w:val="ru-RU"/>
        </w:rPr>
        <w:t>Предыдущие редакции настоящего соглашения могут размещаться на сайте Платформы в разделе «Правовые документы».</w:t>
      </w:r>
    </w:p>
    <w:p w14:paraId="609D1048" w14:textId="77777777" w:rsidR="00AD7553" w:rsidRPr="00045D89" w:rsidRDefault="00992704">
      <w:pPr>
        <w:spacing w:after="60" w:line="245" w:lineRule="auto"/>
        <w:rPr>
          <w:lang w:val="ru-RU"/>
        </w:rPr>
      </w:pPr>
      <w:r w:rsidRPr="00045D89">
        <w:rPr>
          <w:b/>
          <w:lang w:val="ru-RU"/>
        </w:rPr>
        <w:t xml:space="preserve">24.3. </w:t>
      </w:r>
      <w:r w:rsidRPr="00045D89">
        <w:rPr>
          <w:lang w:val="ru-RU"/>
        </w:rPr>
        <w:t xml:space="preserve">Платформа вправе указывать ссылки на предыдущие версии документа, даты их публикации, архив редакций и сведения о вступлении </w:t>
      </w:r>
      <w:r w:rsidRPr="00045D89">
        <w:rPr>
          <w:lang w:val="ru-RU"/>
        </w:rPr>
        <w:t>редакции в силу.</w:t>
      </w:r>
    </w:p>
    <w:p w14:paraId="0486932B" w14:textId="77777777" w:rsidR="00AD7553" w:rsidRPr="00045D89" w:rsidRDefault="00992704">
      <w:pPr>
        <w:pStyle w:val="1"/>
        <w:spacing w:after="80" w:line="245" w:lineRule="auto"/>
        <w:rPr>
          <w:lang w:val="ru-RU"/>
        </w:rPr>
      </w:pPr>
      <w:r w:rsidRPr="00045D89">
        <w:rPr>
          <w:b w:val="0"/>
          <w:lang w:val="ru-RU"/>
        </w:rPr>
        <w:t>25. РЕКВИЗИТЫ ПЛАТФОРМЫ</w:t>
      </w:r>
    </w:p>
    <w:p w14:paraId="39C89982" w14:textId="77777777" w:rsidR="00AD7553" w:rsidRPr="00045D89" w:rsidRDefault="00992704">
      <w:pPr>
        <w:spacing w:after="40" w:line="245" w:lineRule="auto"/>
        <w:rPr>
          <w:lang w:val="ru-RU"/>
        </w:rPr>
      </w:pPr>
      <w:r w:rsidRPr="00045D89">
        <w:rPr>
          <w:lang w:val="ru-RU"/>
        </w:rPr>
        <w:t>Общество с ограниченной ответственностью «ТЕХНОЛОГИКА54»</w:t>
      </w:r>
    </w:p>
    <w:p w14:paraId="5FB5F59A" w14:textId="77777777" w:rsidR="00AD7553" w:rsidRPr="00045D89" w:rsidRDefault="00992704">
      <w:pPr>
        <w:spacing w:after="40" w:line="245" w:lineRule="auto"/>
        <w:rPr>
          <w:lang w:val="ru-RU"/>
        </w:rPr>
      </w:pPr>
      <w:r w:rsidRPr="00045D89">
        <w:rPr>
          <w:lang w:val="ru-RU"/>
        </w:rPr>
        <w:lastRenderedPageBreak/>
        <w:t>ИНН/КПП: 5473025280 / 547301001</w:t>
      </w:r>
    </w:p>
    <w:p w14:paraId="629C0BEE" w14:textId="77777777" w:rsidR="00AD7553" w:rsidRPr="00045D89" w:rsidRDefault="00992704">
      <w:pPr>
        <w:spacing w:after="40" w:line="245" w:lineRule="auto"/>
        <w:rPr>
          <w:lang w:val="ru-RU"/>
        </w:rPr>
      </w:pPr>
      <w:r w:rsidRPr="00045D89">
        <w:rPr>
          <w:lang w:val="ru-RU"/>
        </w:rPr>
        <w:t>ОГРН: 1265400010534</w:t>
      </w:r>
    </w:p>
    <w:p w14:paraId="17829463" w14:textId="77777777" w:rsidR="00AD7553" w:rsidRPr="00045D89" w:rsidRDefault="00992704">
      <w:pPr>
        <w:spacing w:after="40" w:line="245" w:lineRule="auto"/>
        <w:rPr>
          <w:lang w:val="ru-RU"/>
        </w:rPr>
      </w:pPr>
      <w:r w:rsidRPr="00045D89">
        <w:rPr>
          <w:lang w:val="ru-RU"/>
        </w:rPr>
        <w:t>Адрес местонахождения: 630056, Новосибирская область, г. Новосибирск, ул. Варшавская, дом 5</w:t>
      </w:r>
    </w:p>
    <w:p w14:paraId="07835529" w14:textId="77777777" w:rsidR="00AD7553" w:rsidRPr="00045D89" w:rsidRDefault="00992704">
      <w:pPr>
        <w:spacing w:after="40" w:line="245" w:lineRule="auto"/>
        <w:rPr>
          <w:lang w:val="ru-RU"/>
        </w:rPr>
      </w:pPr>
      <w:r w:rsidRPr="00045D89">
        <w:rPr>
          <w:lang w:val="ru-RU"/>
        </w:rPr>
        <w:t>Расчётный счёт: 40702810144750005634</w:t>
      </w:r>
    </w:p>
    <w:p w14:paraId="5466CC67" w14:textId="77777777" w:rsidR="00AD7553" w:rsidRPr="00045D89" w:rsidRDefault="00992704">
      <w:pPr>
        <w:spacing w:after="40" w:line="245" w:lineRule="auto"/>
        <w:rPr>
          <w:lang w:val="ru-RU"/>
        </w:rPr>
      </w:pPr>
      <w:r w:rsidRPr="00045D89">
        <w:rPr>
          <w:lang w:val="ru-RU"/>
        </w:rPr>
        <w:t>Банк: СИБИРСКИЙ БАНК ПАО СБЕРБАНК</w:t>
      </w:r>
    </w:p>
    <w:p w14:paraId="06BC6257" w14:textId="77777777" w:rsidR="00AD7553" w:rsidRPr="00045D89" w:rsidRDefault="00992704">
      <w:pPr>
        <w:spacing w:after="40" w:line="245" w:lineRule="auto"/>
        <w:rPr>
          <w:lang w:val="ru-RU"/>
        </w:rPr>
      </w:pPr>
      <w:r w:rsidRPr="00045D89">
        <w:rPr>
          <w:lang w:val="ru-RU"/>
        </w:rPr>
        <w:t>БИК: 045004641</w:t>
      </w:r>
    </w:p>
    <w:p w14:paraId="04154BB2" w14:textId="77777777" w:rsidR="00AD7553" w:rsidRPr="00045D89" w:rsidRDefault="00992704">
      <w:pPr>
        <w:spacing w:after="40" w:line="245" w:lineRule="auto"/>
        <w:rPr>
          <w:lang w:val="ru-RU"/>
        </w:rPr>
      </w:pPr>
      <w:r w:rsidRPr="00045D89">
        <w:rPr>
          <w:lang w:val="ru-RU"/>
        </w:rPr>
        <w:t>Корреспондентский счёт: 30101810500000000641</w:t>
      </w:r>
    </w:p>
    <w:p w14:paraId="4005A5F5" w14:textId="77777777" w:rsidR="00AD7553" w:rsidRPr="00045D89" w:rsidRDefault="00992704">
      <w:pPr>
        <w:spacing w:after="40" w:line="245" w:lineRule="auto"/>
        <w:rPr>
          <w:lang w:val="ru-RU"/>
        </w:rPr>
      </w:pPr>
      <w:r w:rsidRPr="00045D89">
        <w:rPr>
          <w:lang w:val="ru-RU"/>
        </w:rPr>
        <w:t>ИНН/КПП банка: 7707083893 / 540643001</w:t>
      </w:r>
    </w:p>
    <w:p w14:paraId="33BC8DFB" w14:textId="77777777" w:rsidR="00AD7553" w:rsidRDefault="00992704">
      <w:pPr>
        <w:spacing w:after="40" w:line="245" w:lineRule="auto"/>
      </w:pPr>
      <w:proofErr w:type="spellStart"/>
      <w:r>
        <w:t>Тел</w:t>
      </w:r>
      <w:proofErr w:type="spellEnd"/>
      <w:r>
        <w:t>.: 8 913 705 69 69</w:t>
      </w:r>
    </w:p>
    <w:p w14:paraId="639FB830" w14:textId="77777777" w:rsidR="00AD7553" w:rsidRDefault="00992704">
      <w:pPr>
        <w:spacing w:after="40" w:line="245" w:lineRule="auto"/>
      </w:pPr>
      <w:r>
        <w:t>E-mail: igor323743@gmail.com</w:t>
      </w:r>
    </w:p>
    <w:p w14:paraId="0169F9C2" w14:textId="77777777" w:rsidR="00AD7553" w:rsidRPr="00045D89" w:rsidRDefault="00992704">
      <w:pPr>
        <w:spacing w:after="40" w:line="245" w:lineRule="auto"/>
        <w:rPr>
          <w:lang w:val="ru-RU"/>
        </w:rPr>
      </w:pPr>
      <w:r w:rsidRPr="00045D89">
        <w:rPr>
          <w:lang w:val="ru-RU"/>
        </w:rPr>
        <w:t xml:space="preserve">Сайт: </w:t>
      </w:r>
      <w:proofErr w:type="spellStart"/>
      <w:r>
        <w:t>wroomauto</w:t>
      </w:r>
      <w:proofErr w:type="spellEnd"/>
      <w:r w:rsidRPr="00045D89">
        <w:rPr>
          <w:lang w:val="ru-RU"/>
        </w:rPr>
        <w:t>.</w:t>
      </w:r>
      <w:proofErr w:type="spellStart"/>
      <w:r>
        <w:t>ru</w:t>
      </w:r>
      <w:proofErr w:type="spellEnd"/>
    </w:p>
    <w:p w14:paraId="599F45AA" w14:textId="77777777" w:rsidR="00AD7553" w:rsidRPr="00045D89" w:rsidRDefault="00992704">
      <w:pPr>
        <w:spacing w:after="40" w:line="245" w:lineRule="auto"/>
        <w:rPr>
          <w:lang w:val="ru-RU"/>
        </w:rPr>
      </w:pPr>
      <w:r w:rsidRPr="00045D89">
        <w:rPr>
          <w:lang w:val="ru-RU"/>
        </w:rPr>
        <w:t>Мобильное приложение: «ВРУМ»</w:t>
      </w:r>
    </w:p>
    <w:p w14:paraId="4E4081D2" w14:textId="77777777" w:rsidR="00AD7553" w:rsidRPr="00045D89" w:rsidRDefault="00992704">
      <w:pPr>
        <w:spacing w:after="40" w:line="245" w:lineRule="auto"/>
        <w:rPr>
          <w:lang w:val="ru-RU"/>
        </w:rPr>
      </w:pPr>
      <w:r w:rsidRPr="00045D89">
        <w:rPr>
          <w:lang w:val="ru-RU"/>
        </w:rPr>
        <w:t>Генеральный директор</w:t>
      </w:r>
    </w:p>
    <w:p w14:paraId="1BC12C49" w14:textId="77777777" w:rsidR="00AD7553" w:rsidRPr="00045D89" w:rsidRDefault="00992704">
      <w:pPr>
        <w:spacing w:after="40" w:line="245" w:lineRule="auto"/>
        <w:rPr>
          <w:lang w:val="ru-RU"/>
        </w:rPr>
      </w:pPr>
      <w:r w:rsidRPr="00045D89">
        <w:rPr>
          <w:lang w:val="ru-RU"/>
        </w:rPr>
        <w:t xml:space="preserve">________________ / </w:t>
      </w:r>
      <w:proofErr w:type="spellStart"/>
      <w:r w:rsidRPr="00045D89">
        <w:rPr>
          <w:lang w:val="ru-RU"/>
        </w:rPr>
        <w:t>Фейгин</w:t>
      </w:r>
      <w:proofErr w:type="spellEnd"/>
      <w:r w:rsidRPr="00045D89">
        <w:rPr>
          <w:lang w:val="ru-RU"/>
        </w:rPr>
        <w:t xml:space="preserve"> Игорь Валерьевич /</w:t>
      </w:r>
    </w:p>
    <w:p w14:paraId="5CCC9B93" w14:textId="77777777" w:rsidR="00AD7553" w:rsidRDefault="00992704">
      <w:pPr>
        <w:spacing w:line="245" w:lineRule="auto"/>
      </w:pPr>
      <w:r>
        <w:t>М.П.</w:t>
      </w:r>
    </w:p>
    <w:sectPr w:rsidR="00AD7553" w:rsidSect="00034616">
      <w:footerReference w:type="default" r:id="rId8"/>
      <w:pgSz w:w="12240" w:h="15840"/>
      <w:pgMar w:top="907" w:right="907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82225" w14:textId="77777777" w:rsidR="00992704" w:rsidRDefault="00992704">
      <w:pPr>
        <w:spacing w:after="0" w:line="240" w:lineRule="auto"/>
      </w:pPr>
      <w:r>
        <w:separator/>
      </w:r>
    </w:p>
  </w:endnote>
  <w:endnote w:type="continuationSeparator" w:id="0">
    <w:p w14:paraId="65674119" w14:textId="77777777" w:rsidR="00992704" w:rsidRDefault="00992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79C02" w14:textId="77777777" w:rsidR="00AD7553" w:rsidRDefault="00992704">
    <w:pPr>
      <w:pStyle w:val="a7"/>
      <w:jc w:val="center"/>
    </w:pPr>
    <w:r w:rsidRPr="00045D89">
      <w:rPr>
        <w:lang w:val="ru-RU"/>
      </w:rPr>
      <w:t xml:space="preserve">ВРУМ — пользовательское соглашение / публичная оферта | стр. </w:t>
    </w:r>
    <w:r>
      <w:fldChar w:fldCharType="begin"/>
    </w:r>
    <w:r>
      <w:instrText>PAGE</w:instrText>
    </w:r>
    <w:r w:rsidR="00045D89">
      <w:fldChar w:fldCharType="separate"/>
    </w:r>
    <w:r w:rsidR="00045D8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466DA" w14:textId="77777777" w:rsidR="00992704" w:rsidRDefault="00992704">
      <w:pPr>
        <w:spacing w:after="0" w:line="240" w:lineRule="auto"/>
      </w:pPr>
      <w:r>
        <w:separator/>
      </w:r>
    </w:p>
  </w:footnote>
  <w:footnote w:type="continuationSeparator" w:id="0">
    <w:p w14:paraId="7B2E6FDF" w14:textId="77777777" w:rsidR="00992704" w:rsidRDefault="00992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D89"/>
    <w:rsid w:val="0006063C"/>
    <w:rsid w:val="0015074B"/>
    <w:rsid w:val="0029639D"/>
    <w:rsid w:val="00326F90"/>
    <w:rsid w:val="00992704"/>
    <w:rsid w:val="00AA1D8D"/>
    <w:rsid w:val="00AD755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D3F41"/>
  <w14:defaultImageDpi w14:val="300"/>
  <w15:docId w15:val="{C2CB5F64-9199-4D92-A689-A1FF452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6137</Words>
  <Characters>34983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ВРУМ — пользовательское соглашение / публичная оферта</dc:title>
  <dc:subject>Пользовательское соглашение для пользователей мобильного приложения ВРУМ</dc:subject>
  <dc:creator>ООО ТЕХНОЛОГИКА54</dc:creator>
  <cp:keywords/>
  <dc:description>Проект документа. Требует финальной проверки под фактическую платёжную и фискальную схему.</dc:description>
  <cp:lastModifiedBy>OOO XMO</cp:lastModifiedBy>
  <cp:revision>2</cp:revision>
  <dcterms:created xsi:type="dcterms:W3CDTF">2026-07-16T05:58:00Z</dcterms:created>
  <dcterms:modified xsi:type="dcterms:W3CDTF">2026-07-16T05:58:00Z</dcterms:modified>
  <cp:category/>
</cp:coreProperties>
</file>