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3C77" w14:textId="77777777" w:rsidR="00E04250" w:rsidRDefault="00ED2AFA">
      <w:pPr>
        <w:pStyle w:val="LegalTitle"/>
      </w:pPr>
      <w:r>
        <w:t>ДОГОВОР-ОФЕРТА</w:t>
      </w:r>
    </w:p>
    <w:p w14:paraId="39AB4F9D" w14:textId="77777777" w:rsidR="00E04250" w:rsidRDefault="00ED2AFA">
      <w:pPr>
        <w:pStyle w:val="LegalSubtitle"/>
      </w:pPr>
      <w:r>
        <w:t>о подключении исполнителя автоуслуг и сервисных услуг к платформе «ВРУМ»</w:t>
      </w:r>
    </w:p>
    <w:p w14:paraId="7C19FE37" w14:textId="77777777" w:rsidR="00E04250" w:rsidRDefault="00ED2AFA">
      <w:pPr>
        <w:pStyle w:val="LegalSubtitle"/>
      </w:pPr>
      <w:r>
        <w:t>Редакция от «___» __________ 2026 г.</w:t>
      </w:r>
    </w:p>
    <w:p w14:paraId="0C3A8F6D" w14:textId="77777777" w:rsidR="00E04250" w:rsidRDefault="00ED2AFA">
      <w:pPr>
        <w:pStyle w:val="LegalSubtitle"/>
      </w:pPr>
      <w:r>
        <w:t>г. Новосибирск</w:t>
      </w:r>
    </w:p>
    <w:p w14:paraId="3D9CFD6C" w14:textId="77777777" w:rsidR="00E04250" w:rsidRDefault="00ED2AFA">
      <w:pPr>
        <w:pStyle w:val="LegalBody"/>
      </w:pPr>
      <w:r>
        <w:t xml:space="preserve">Общество с ограниченной ответственностью «ТЕХНОЛОГИКА54», ИНН 5473025280, ОГРН 1265400010534, место </w:t>
      </w:r>
      <w:r>
        <w:t>нахождения: 630056, Новосибирская область, г. Новосибирск, ул. Варшавская, дом 5, именуемое далее «Платформа» или «ВРУМ», публикует настоящую оферту, адресованную индивидуальным предпринимателям, юридическим лицам, а также физическим лицам, применяющим спе</w:t>
      </w:r>
      <w:r>
        <w:t>циальный налоговый режим «Налог на профессиональный доход», в случаях, когда такие лица допускаются Платформой к оказанию отдельных категорий услуг.</w:t>
      </w:r>
    </w:p>
    <w:p w14:paraId="4AB2F43F" w14:textId="77777777" w:rsidR="00E04250" w:rsidRDefault="00ED2AFA">
      <w:pPr>
        <w:pStyle w:val="LegalBody"/>
      </w:pPr>
      <w:r>
        <w:t>Настоящая оферта регулирует порядок подключения Исполнителей к мобильному приложению «ВРУМ», порядок переда</w:t>
      </w:r>
      <w:r>
        <w:t>чи заявок, получения лидов, онлайн-записи, приёма оплаты через Платформу, выплаты денежных средств Исполнителям, применения тарифов, фотоотчётности, отчётности автоподбора, проверки автомобиля перед покупкой, использования сервисов цифрового гаража, рассмо</w:t>
      </w:r>
      <w:r>
        <w:t>трения обращений Заказчиков и иные условия взаимодействия сторон.</w:t>
      </w:r>
    </w:p>
    <w:p w14:paraId="4E50F0D3" w14:textId="77777777" w:rsidR="00E04250" w:rsidRDefault="00ED2AFA">
      <w:pPr>
        <w:pStyle w:val="LegalBody"/>
      </w:pPr>
      <w:r>
        <w:t>Оферта размещается в мобильном приложении «ВРУМ» в разделе «Правовые документы», а также на сайте Платформы в разделе «Правовые документы» по адресу:</w:t>
      </w:r>
    </w:p>
    <w:p w14:paraId="1233A3A0" w14:textId="77777777" w:rsidR="00E04250" w:rsidRDefault="00ED2AFA">
      <w:pPr>
        <w:pStyle w:val="LegalURL"/>
      </w:pPr>
      <w:r>
        <w:t>wroomauto.ru/legal/performer-offer</w:t>
      </w:r>
    </w:p>
    <w:p w14:paraId="6218E3DA" w14:textId="77777777" w:rsidR="00E04250" w:rsidRDefault="00ED2AFA">
      <w:pPr>
        <w:pStyle w:val="LegalBody"/>
      </w:pPr>
      <w:r>
        <w:t>Конкр</w:t>
      </w:r>
      <w:r>
        <w:t>етная редакция оферты определяется по дате её публикации и версии, зафиксированной Платформой в момент акцепта Исполнителем.</w:t>
      </w:r>
    </w:p>
    <w:p w14:paraId="6FE9FAE8" w14:textId="77777777" w:rsidR="00E04250" w:rsidRDefault="00ED2AFA">
      <w:pPr>
        <w:pStyle w:val="LegalBody"/>
      </w:pPr>
      <w:r>
        <w:t>Настоящий документ является официальным предложением заключить договор на условиях, изложенных ниже.</w:t>
      </w:r>
    </w:p>
    <w:p w14:paraId="7E4B98E1" w14:textId="77777777" w:rsidR="00E04250" w:rsidRDefault="00ED2AFA">
      <w:pPr>
        <w:pStyle w:val="SectionHeading"/>
      </w:pPr>
      <w:r>
        <w:t>1. ТЕРМИНЫ</w:t>
      </w:r>
    </w:p>
    <w:p w14:paraId="3534E0A8" w14:textId="77777777" w:rsidR="00E04250" w:rsidRDefault="00ED2AFA">
      <w:pPr>
        <w:pStyle w:val="LegalBody"/>
      </w:pPr>
      <w:r>
        <w:t>1.1. Платформа / ВР</w:t>
      </w:r>
      <w:r>
        <w:t>УМ — программный комплекс, мобильное приложение, сайт, личный кабинет, информационная система и иные технические средства, обеспечивающие взаимодействие Заказчиков, Исполнителей, автосервисов, выездных мастеров, эвакуаторов, партнёров и иных участников.</w:t>
      </w:r>
    </w:p>
    <w:p w14:paraId="489B5CAE" w14:textId="77777777" w:rsidR="00E04250" w:rsidRDefault="00ED2AFA">
      <w:pPr>
        <w:pStyle w:val="LegalBody"/>
      </w:pPr>
      <w:r>
        <w:t>1.</w:t>
      </w:r>
      <w:r>
        <w:t xml:space="preserve">2. Исполнитель — индивидуальный предприниматель, юридическое лицо либо физическое лицо, применяющее специальный налоговый режим «Налог на профессиональный доход», акцептовавшее настоящую оферту и оказывающее автоуслуги, услуги автоподбора, услуги проверки </w:t>
      </w:r>
      <w:r>
        <w:t>автомобиля перед покупкой, эвакуации, дорожной помощи или иные разрешённые Платформой услуги Заказчикам самостоятельно, своими силами, средствами, персоналом, оборудованием и на собственный риск.</w:t>
      </w:r>
    </w:p>
    <w:p w14:paraId="0B3F5C47" w14:textId="77777777" w:rsidR="00E04250" w:rsidRDefault="00ED2AFA">
      <w:pPr>
        <w:pStyle w:val="LegalBody"/>
      </w:pPr>
      <w:r>
        <w:t>1.2.1. Исполнитель, являющийся физическим лицом, применяющим</w:t>
      </w:r>
      <w:r>
        <w:t xml:space="preserve"> специальный налоговый режим «Налог на профессиональный доход», допускается к оказанию только тех категорий услуг, которые прямо разрешены Платформой для такого типа Исполнителей.</w:t>
      </w:r>
    </w:p>
    <w:p w14:paraId="18C3B3D6" w14:textId="77777777" w:rsidR="00E04250" w:rsidRDefault="00ED2AFA">
      <w:pPr>
        <w:pStyle w:val="LegalBody"/>
      </w:pPr>
      <w:r>
        <w:t>1.2.2. Платформа вправе устанавливать разные требования, тарифы, лимиты, кат</w:t>
      </w:r>
      <w:r>
        <w:t>егории услуг, порядок проверки, порядок фотоотчётности, порядок выплат и уровень доступа к Заявкам для юридических лиц, индивидуальных предпринимателей и самозанятых Исполнителей.</w:t>
      </w:r>
    </w:p>
    <w:p w14:paraId="26D6DA62" w14:textId="77777777" w:rsidR="00E04250" w:rsidRDefault="00ED2AFA">
      <w:pPr>
        <w:pStyle w:val="LegalBody"/>
      </w:pPr>
      <w:r>
        <w:t>1.3. Заказчик — физическое лицо, индивидуальный предприниматель или юридичес</w:t>
      </w:r>
      <w:r>
        <w:t>кое лицо, использующее Платформу для поиска исполнителя, оформления заявки, записи на обслуживание, вызова выездного мастера, эвакуатора, заказа автоподбора, проверки автомобиля перед покупкой, доступа к цифровому гаражу или получения иной услуги.</w:t>
      </w:r>
    </w:p>
    <w:p w14:paraId="1B849993" w14:textId="77777777" w:rsidR="00E04250" w:rsidRDefault="00ED2AFA">
      <w:pPr>
        <w:pStyle w:val="LegalBody"/>
      </w:pPr>
      <w:r>
        <w:lastRenderedPageBreak/>
        <w:t>1.4. Зая</w:t>
      </w:r>
      <w:r>
        <w:t>вка — обращение Заказчика, сформированное через Платформу и содержащее сведения об автомобиле, виде услуги, проблеме, контактных данных, желаемом времени, месте оказания услуги и иных параметрах.</w:t>
      </w:r>
    </w:p>
    <w:p w14:paraId="49046A2D" w14:textId="77777777" w:rsidR="00E04250" w:rsidRDefault="00ED2AFA">
      <w:pPr>
        <w:pStyle w:val="LegalBody"/>
      </w:pPr>
      <w:r>
        <w:t>1.5. Лид — Заявка Заказчика, содержащая достаточные данные д</w:t>
      </w:r>
      <w:r>
        <w:t>ля связи с Заказчиком и потенциального оказания ему услуги Исполнителем.</w:t>
      </w:r>
    </w:p>
    <w:p w14:paraId="496A2F04" w14:textId="77777777" w:rsidR="00E04250" w:rsidRDefault="00ED2AFA">
      <w:pPr>
        <w:pStyle w:val="LegalBody"/>
      </w:pPr>
      <w:r>
        <w:t xml:space="preserve">1.6. Подтверждённый лид — Заявка, по которой Заказчик совершил целевое действие, включая выбор услуги, указание контактных данных, выбор Исполнителя, направление заявки, бронирование </w:t>
      </w:r>
      <w:r>
        <w:t>времени, подтверждение телефона или иное действие, предусмотренное интерфейсом Платформы.</w:t>
      </w:r>
    </w:p>
    <w:p w14:paraId="099A9129" w14:textId="77777777" w:rsidR="00E04250" w:rsidRDefault="00ED2AFA">
      <w:pPr>
        <w:pStyle w:val="LegalBody"/>
      </w:pPr>
      <w:r>
        <w:t>1.7. Услуги Исполнителя — услуги по ремонту, диагностике, техническому обслуживанию, шиномонтажу, эвакуации, выездной помощи, осмотру автомобиля, автоподбору, проверк</w:t>
      </w:r>
      <w:r>
        <w:t>е автомобиля в СТО перед покупкой и иные услуги, которые Исполнитель оказывает Заказчику самостоятельно.</w:t>
      </w:r>
    </w:p>
    <w:p w14:paraId="09BF8A2B" w14:textId="77777777" w:rsidR="00E04250" w:rsidRDefault="00ED2AFA">
      <w:pPr>
        <w:pStyle w:val="LegalBody"/>
      </w:pPr>
      <w:r>
        <w:t xml:space="preserve">1.8. Услуги Платформы — информационные, агентские, технические, маркетинговые и организационные услуги по размещению Исполнителя в Платформе, передаче </w:t>
      </w:r>
      <w:r>
        <w:t>заявок, обеспечению записи, коммуникации, рейтинга, учёта, отчётности, приёму оплаты, предоставлению доступа к цифровому гаражу и иному взаимодействию.</w:t>
      </w:r>
    </w:p>
    <w:p w14:paraId="142456E9" w14:textId="77777777" w:rsidR="00E04250" w:rsidRDefault="00ED2AFA">
      <w:pPr>
        <w:pStyle w:val="LegalBody"/>
      </w:pPr>
      <w:r>
        <w:t>1.9. Тарифы Платформы — действующие условия оплаты услуг Платформы, включая плату за лиды, комиссии, под</w:t>
      </w:r>
      <w:r>
        <w:t>писки, абонентскую плату за цифровой гараж, приоритетное размещение, сезонные тарифы, акции, бесплатные периоды и иные условия монетизации.</w:t>
      </w:r>
    </w:p>
    <w:p w14:paraId="5126E077" w14:textId="77777777" w:rsidR="00E04250" w:rsidRDefault="00ED2AFA">
      <w:pPr>
        <w:pStyle w:val="LegalBody"/>
      </w:pPr>
      <w:r>
        <w:t>1.10. СТО — Исполнитель, являющийся юридическим лицом или индивидуальным предпринимателем и оказывающий услуги по те</w:t>
      </w:r>
      <w:r>
        <w:t>хническому обслуживанию, ремонту, диагностике, шиномонтажу, проверке автомобиля перед покупкой и иные услуги в стационарном автосервисе.</w:t>
      </w:r>
    </w:p>
    <w:p w14:paraId="5B7E1B6E" w14:textId="77777777" w:rsidR="00E04250" w:rsidRDefault="00ED2AFA">
      <w:pPr>
        <w:pStyle w:val="LegalBody"/>
      </w:pPr>
      <w:r>
        <w:t>1.11. Выездной мастер — Исполнитель, являющийся индивидуальным предпринимателем или самозанятым лицом и оказывающий раз</w:t>
      </w:r>
      <w:r>
        <w:t>решённые Платформой простые выездные услуги вне стационарного автосервиса.</w:t>
      </w:r>
    </w:p>
    <w:p w14:paraId="0FEF41E0" w14:textId="77777777" w:rsidR="00E04250" w:rsidRDefault="00ED2AFA">
      <w:pPr>
        <w:pStyle w:val="LegalBody"/>
      </w:pPr>
      <w:r>
        <w:t>1.12. Эвакуатор / Партнёр — Исполнитель, оказывающий услуги эвакуации, транспортировки транспортных средств, дорожной помощи или иные партнёрские услуги, выделенные Платформой в отд</w:t>
      </w:r>
      <w:r>
        <w:t>ельную категорию.</w:t>
      </w:r>
    </w:p>
    <w:p w14:paraId="68BEEBF7" w14:textId="77777777" w:rsidR="00E04250" w:rsidRDefault="00ED2AFA">
      <w:pPr>
        <w:pStyle w:val="LegalBody"/>
      </w:pPr>
      <w:r>
        <w:t>1.13. Агентская модель расчётов — порядок расчётов, при котором ВРУМ принимает оплату от Заказчика за услуги Исполнителя как агент Исполнителя, удерживает своё вознаграждение и перечисляет Исполнителю оставшуюся сумму в порядке, предусмот</w:t>
      </w:r>
      <w:r>
        <w:t>ренном настоящей офертой, Тарифами и интерфейсом Платформы.</w:t>
      </w:r>
    </w:p>
    <w:p w14:paraId="7F6F4868" w14:textId="77777777" w:rsidR="00E04250" w:rsidRDefault="00ED2AFA">
      <w:pPr>
        <w:pStyle w:val="LegalBody"/>
      </w:pPr>
      <w:r>
        <w:t xml:space="preserve">1.14. Фотоотчёт — обязательный набор фотографий, комментариев и иных материалов, загружаемых Исполнителем в Платформу для подтверждения факта оказания услуги, её результата, состояния автомобиля, </w:t>
      </w:r>
      <w:r>
        <w:t>места оказания услуги и иных обстоятельств.</w:t>
      </w:r>
    </w:p>
    <w:p w14:paraId="6B39AA46" w14:textId="77777777" w:rsidR="00E04250" w:rsidRDefault="00ED2AFA">
      <w:pPr>
        <w:pStyle w:val="LegalBody"/>
      </w:pPr>
      <w:r>
        <w:t>1.15. Заморозка выплаты — временная приостановка перечисления денежных средств Исполнителю до проверки обстоятельств Заявки, жалобы Заказчика, отсутствия фотоотчёта, признаков нарушения оферты или иных обстоятель</w:t>
      </w:r>
      <w:r>
        <w:t>ств, требующих модерации.</w:t>
      </w:r>
    </w:p>
    <w:p w14:paraId="1E46403C" w14:textId="77777777" w:rsidR="00E04250" w:rsidRDefault="00ED2AFA">
      <w:pPr>
        <w:pStyle w:val="LegalBody"/>
      </w:pPr>
      <w:r>
        <w:t xml:space="preserve">1.16. Модерация — проверка Платформой обстоятельств Заявки, документов, фотоотчёта, переписки, статусов, платежей и иных данных для принятия технического решения о выплате, возврате, ограничении доступа, снижении </w:t>
      </w:r>
      <w:r>
        <w:t>приоритета или передаче спора Исполнителю и Заказчику.</w:t>
      </w:r>
    </w:p>
    <w:p w14:paraId="081AFA91" w14:textId="77777777" w:rsidR="00E04250" w:rsidRDefault="00ED2AFA">
      <w:pPr>
        <w:pStyle w:val="LegalBody"/>
      </w:pPr>
      <w:r>
        <w:t>1.17. Правовые документы — оферты, пользовательские соглашения, политика обработки персональных данных, тарифы, правила сервиса и иные документы Платформы, размещённые в мобильном приложении «ВРУМ» и/и</w:t>
      </w:r>
      <w:r>
        <w:t>ли на сайте Платформы.</w:t>
      </w:r>
    </w:p>
    <w:p w14:paraId="0E0B4C12" w14:textId="77777777" w:rsidR="00E04250" w:rsidRDefault="00ED2AFA">
      <w:r>
        <w:lastRenderedPageBreak/>
        <w:t>1.18. Покупатель — Заказчик или иное лицо, заинтересованное в приобретении транспортного средства и использующее Платформу для заказа осмотра, автоподбора, проверки автомобиля в СТО перед покупкой или иной связанной услуги.</w:t>
      </w:r>
    </w:p>
    <w:p w14:paraId="6271F546" w14:textId="77777777" w:rsidR="00E04250" w:rsidRDefault="00ED2AFA">
      <w:r>
        <w:t>1.19. Авт</w:t>
      </w:r>
      <w:r>
        <w:t>оэксперт / специалист по автоподбору — Исполнитель, являющийся индивидуальным предпринимателем либо физическим лицом, применяющим специальный налоговый режим «Налог на профессиональный доход», допущенный Платформой к оказанию услуг по осмотру, проверке, ди</w:t>
      </w:r>
      <w:r>
        <w:t>агностике, консультационному сопровождению, подбору транспортных средств и подготовке отчётов в пределах, разрешённых для соответствующего статуса Исполнителя.</w:t>
      </w:r>
    </w:p>
    <w:p w14:paraId="48DB7B1C" w14:textId="77777777" w:rsidR="00E04250" w:rsidRDefault="00ED2AFA">
      <w:r>
        <w:t xml:space="preserve">1.20. Услуги автоподбора — информационно-консультационные, осмотровые и организационные услуги, </w:t>
      </w:r>
      <w:r>
        <w:t>связанные с подбором, предварительной оценкой, осмотром, проверкой состояния, фотофиксацией, диагностикой, анализом доступных сведений и подготовкой отчёта по транспортному средству.</w:t>
      </w:r>
    </w:p>
    <w:p w14:paraId="270EC49B" w14:textId="77777777" w:rsidR="00E04250" w:rsidRDefault="00ED2AFA">
      <w:r>
        <w:t>1.21. Проверка автомобиля в СТО перед покупкой — услуга, при которой Поку</w:t>
      </w:r>
      <w:r>
        <w:t>патель или Заказчик направляет транспортное средство в стационарное СТО для диагностики, осмотра, проверки технического состояния, фотофиксации и получения отчёта или заключения перед возможной покупкой автомобиля.</w:t>
      </w:r>
    </w:p>
    <w:p w14:paraId="7C992334" w14:textId="77777777" w:rsidR="00E04250" w:rsidRDefault="00ED2AFA">
      <w:r>
        <w:t>1.22. Отчёт автоподбора — документ, фотоо</w:t>
      </w:r>
      <w:r>
        <w:t>тчёт, электронная форма, заключение или иной материал, подготовленный Автоэкспертом по результатам осмотра транспортного средства, содержащий сведения о выявленных признаках, дефектах, замечаниях, ограничениях проверки и рекомендациях.</w:t>
      </w:r>
    </w:p>
    <w:p w14:paraId="19E88B3D" w14:textId="77777777" w:rsidR="00E04250" w:rsidRDefault="00ED2AFA">
      <w:r>
        <w:t>1.23. Отчёт проверки</w:t>
      </w:r>
      <w:r>
        <w:t xml:space="preserve"> в СТО перед покупкой — электронный или бумажный документ, заказ-наряд, диагностическая карта, заключение, фотоотчёт или иной материал, подготовленный СТО по результатам проверки транспортного средства перед покупкой.</w:t>
      </w:r>
    </w:p>
    <w:p w14:paraId="093254B1" w14:textId="77777777" w:rsidR="00E04250" w:rsidRDefault="00ED2AFA">
      <w:r>
        <w:t xml:space="preserve">1.24. Цифровой гараж — функциональный </w:t>
      </w:r>
      <w:r>
        <w:t xml:space="preserve">модуль Платформы, предназначенный для хранения и обработки сведений об автомобилях, истории обслуживания, заявках, фотоотчётах, документах, расходах, напоминаниях, пробеге, страховании, техническом обслуживании, ремонтах, проверках, автоподборе, записях в </w:t>
      </w:r>
      <w:r>
        <w:t>СТО и иных данных, связанных с владением или эксплуатацией транспортного средства.</w:t>
      </w:r>
    </w:p>
    <w:p w14:paraId="6AE7C03F" w14:textId="77777777" w:rsidR="00E04250" w:rsidRDefault="00ED2AFA">
      <w:r>
        <w:t>1.25. Услуги цифрового гаража — услуги Платформы по предоставлению доступа к модулю цифрового гаража, включая хранение истории автомобиля, напоминания, аналитику расходов, к</w:t>
      </w:r>
      <w:r>
        <w:t>орпоративный гараж, управление автопарком, документы, отчёты, расширенные функции, интеграции и иные возможности, предусмотренные Платформой.</w:t>
      </w:r>
    </w:p>
    <w:p w14:paraId="57C728B2" w14:textId="77777777" w:rsidR="00E04250" w:rsidRDefault="00ED2AFA">
      <w:r>
        <w:t>1.26. Абонентская плата — периодический платёж за доступ к платным функциям Платформы, включая цифровой гараж, кор</w:t>
      </w:r>
      <w:r>
        <w:t>поративный гараж, расширенную аналитику, приоритетное размещение, CRM-функции, историю обслуживания, дополнительные модули и иные платные возможности.</w:t>
      </w:r>
    </w:p>
    <w:p w14:paraId="0E711F97" w14:textId="77777777" w:rsidR="00E04250" w:rsidRDefault="00ED2AFA">
      <w:pPr>
        <w:pStyle w:val="SectionHeading"/>
      </w:pPr>
      <w:r>
        <w:t>2. АКЦЕПТ ОФЕРТЫ И ЭЛЕКТРОННАЯ ПОДПИСЬ</w:t>
      </w:r>
    </w:p>
    <w:p w14:paraId="24D59F0D" w14:textId="77777777" w:rsidR="00E04250" w:rsidRDefault="00ED2AFA">
      <w:pPr>
        <w:pStyle w:val="LegalBody"/>
      </w:pPr>
      <w:r>
        <w:t>2.1. Акцептом настоящей оферты признаётся любое из следующих дейст</w:t>
      </w:r>
      <w:r>
        <w:t>вий Исполнителя:</w:t>
      </w:r>
    </w:p>
    <w:p w14:paraId="32437C3B" w14:textId="77777777" w:rsidR="00E04250" w:rsidRDefault="00ED2AFA">
      <w:pPr>
        <w:pStyle w:val="LegalBody"/>
      </w:pPr>
      <w:r>
        <w:t>2.1.1. регистрация в Платформе;</w:t>
      </w:r>
    </w:p>
    <w:p w14:paraId="6201BA59" w14:textId="77777777" w:rsidR="00E04250" w:rsidRDefault="00ED2AFA">
      <w:pPr>
        <w:pStyle w:val="LegalBody"/>
      </w:pPr>
      <w:r>
        <w:t>2.1.2. заполнение анкеты Исполнителя;</w:t>
      </w:r>
    </w:p>
    <w:p w14:paraId="7756DD24" w14:textId="77777777" w:rsidR="00E04250" w:rsidRDefault="00ED2AFA">
      <w:pPr>
        <w:pStyle w:val="LegalBody"/>
      </w:pPr>
      <w:r>
        <w:t>2.1.3. загрузка реквизитов, документов, сведений об услугах, ценах, адресе, графике работы;</w:t>
      </w:r>
    </w:p>
    <w:p w14:paraId="5A6EB519" w14:textId="77777777" w:rsidR="00E04250" w:rsidRDefault="00ED2AFA">
      <w:pPr>
        <w:pStyle w:val="LegalBody"/>
      </w:pPr>
      <w:r>
        <w:t>2.1.4. нажатие кнопки «Подключиться», «Согласен», «Принять оферту» или иной а</w:t>
      </w:r>
      <w:r>
        <w:t>налогичной кнопки;</w:t>
      </w:r>
    </w:p>
    <w:p w14:paraId="64266635" w14:textId="77777777" w:rsidR="00E04250" w:rsidRDefault="00ED2AFA">
      <w:pPr>
        <w:pStyle w:val="LegalBody"/>
      </w:pPr>
      <w:r>
        <w:t>2.1.5. ввод SMS-кода, кода из email, пароля, одноразового идентификатора или иного средства подтверждения;</w:t>
      </w:r>
    </w:p>
    <w:p w14:paraId="302BEF33" w14:textId="77777777" w:rsidR="00E04250" w:rsidRDefault="00ED2AFA">
      <w:pPr>
        <w:pStyle w:val="LegalBody"/>
      </w:pPr>
      <w:r>
        <w:t>2.1.6. фактическое получение первой Заявки через Платформу;</w:t>
      </w:r>
    </w:p>
    <w:p w14:paraId="2084393E" w14:textId="77777777" w:rsidR="00E04250" w:rsidRDefault="00ED2AFA">
      <w:pPr>
        <w:pStyle w:val="LegalBody"/>
      </w:pPr>
      <w:r>
        <w:lastRenderedPageBreak/>
        <w:t>2.1.7. использование личного кабинета Исполнителя;</w:t>
      </w:r>
    </w:p>
    <w:p w14:paraId="0B94BE77" w14:textId="77777777" w:rsidR="00E04250" w:rsidRDefault="00ED2AFA">
      <w:pPr>
        <w:pStyle w:val="LegalBody"/>
      </w:pPr>
      <w:r>
        <w:t xml:space="preserve">2.1.8. подключение </w:t>
      </w:r>
      <w:r>
        <w:t>платного тарифа, подписки, приоритетного размещения, сервиса цифрового гаража или иного платного функционала;</w:t>
      </w:r>
    </w:p>
    <w:p w14:paraId="645BA4E2" w14:textId="77777777" w:rsidR="00E04250" w:rsidRDefault="00ED2AFA">
      <w:pPr>
        <w:pStyle w:val="LegalBody"/>
      </w:pPr>
      <w:r>
        <w:t>2.1.9. принятие Заявки на автоподбор, проверку автомобиля перед покупкой, выездную помощь, эвакуацию, ремонт, диагностику или иную услугу;</w:t>
      </w:r>
    </w:p>
    <w:p w14:paraId="2AD16126" w14:textId="77777777" w:rsidR="00E04250" w:rsidRDefault="00ED2AFA">
      <w:pPr>
        <w:pStyle w:val="LegalBody"/>
      </w:pPr>
      <w:r>
        <w:t>2.1.10. подписание заявления о присоединении к оферте, соглашения об электронном документообороте, акта подключения или иного электронного документа усиленной квалифицированной электронной подписью.</w:t>
      </w:r>
    </w:p>
    <w:p w14:paraId="3D88A9A0" w14:textId="77777777" w:rsidR="00E04250" w:rsidRDefault="00ED2AFA">
      <w:pPr>
        <w:pStyle w:val="LegalBody"/>
      </w:pPr>
      <w:r>
        <w:t>2.2. Акцепт оферты означает полное и безоговорочное согла</w:t>
      </w:r>
      <w:r>
        <w:t>сие Исполнителя со всеми условиями настоящего договора.</w:t>
      </w:r>
    </w:p>
    <w:p w14:paraId="3EE02928" w14:textId="77777777" w:rsidR="00E04250" w:rsidRDefault="00ED2AFA">
      <w:pPr>
        <w:pStyle w:val="LegalBody"/>
      </w:pPr>
      <w:r>
        <w:t>2.3. Исполнитель подтверждает, что лицо, совершающее акцепт от имени Исполнителя, обладает необходимыми полномочиями.</w:t>
      </w:r>
    </w:p>
    <w:p w14:paraId="3897A8B1" w14:textId="77777777" w:rsidR="00E04250" w:rsidRDefault="00ED2AFA">
      <w:pPr>
        <w:pStyle w:val="LegalBody"/>
      </w:pPr>
      <w:r>
        <w:t>2.4. Платформа вправе фиксировать дату, время, IP-адрес, номер телефона, email, ИН</w:t>
      </w:r>
      <w:r>
        <w:t>Н, ОГРН/ОГРНИП, статус самозанятого, версию оферты, версию Тарифов, текст кнопки, содержание действия и иные технические сведения, подтверждающие акцепт и совершение юридически значимых действий.</w:t>
      </w:r>
    </w:p>
    <w:p w14:paraId="2D2F5AE1" w14:textId="77777777" w:rsidR="00E04250" w:rsidRDefault="00ED2AFA">
      <w:pPr>
        <w:pStyle w:val="LegalBody"/>
      </w:pPr>
      <w:r>
        <w:t>2.5. Стороны признают, что при использовании Платформы допус</w:t>
      </w:r>
      <w:r>
        <w:t>кается применение простой электронной подписи Исполнителя в соответствии с Федеральным законом от 06.04.2011 № 63-ФЗ «Об электронной подписи».</w:t>
      </w:r>
    </w:p>
    <w:p w14:paraId="0CBE35A5" w14:textId="77777777" w:rsidR="00E04250" w:rsidRDefault="00ED2AFA">
      <w:pPr>
        <w:pStyle w:val="LegalBody"/>
      </w:pPr>
      <w:r>
        <w:t>2.6. Простой электронной подписью Исполнителя признаются действия Исполнителя, совершённые с использованием одног</w:t>
      </w:r>
      <w:r>
        <w:t>о или нескольких следующих идентификаторов: логина, пароля, SMS-кода, email-кода, одноразового кода, номера телефона, адреса электронной почты, личного кабинета, учётной записи Исполнителя, идентификатора пользователя, токена авторизации, push-подтверждени</w:t>
      </w:r>
      <w:r>
        <w:t>я или иного технического средства, используемого Платформой для идентификации Исполнителя.</w:t>
      </w:r>
    </w:p>
    <w:p w14:paraId="781CAE7D" w14:textId="77777777" w:rsidR="00E04250" w:rsidRDefault="00ED2AFA">
      <w:pPr>
        <w:pStyle w:val="LegalBody"/>
      </w:pPr>
      <w:r>
        <w:t>2.7. Ключом простой электронной подписи признаётся совокупность одного или нескольких идентификаторов, используемых для доступа Исполнителя к Платформе и подтвержден</w:t>
      </w:r>
      <w:r>
        <w:t>ия юридически значимых действий, включая логин, пароль, SMS-код, email-код, одноразовый код, номер телефона, email, данные личного кабинета, идентификатор пользователя, токен авторизации и иные средства подтверждения, предусмотренные Платформой.</w:t>
      </w:r>
    </w:p>
    <w:p w14:paraId="7F5EF069" w14:textId="77777777" w:rsidR="00E04250" w:rsidRDefault="00ED2AFA">
      <w:pPr>
        <w:pStyle w:val="LegalBody"/>
      </w:pPr>
      <w:r>
        <w:t xml:space="preserve">2.8. </w:t>
      </w:r>
      <w:r>
        <w:t>Электронный документ, действие или подтверждение в Платформе считается подписанным простой электронной подписью Исполнителя, если соответствующее действие совершено после авторизации в личном кабинете Исполнителя и/или с использованием кода, пароля или ино</w:t>
      </w:r>
      <w:r>
        <w:t>го идентификатора Исполнителя, а информационная система Платформы содержит сведения, позволяющие определить Исполнителя, от имени которого совершено действие.</w:t>
      </w:r>
    </w:p>
    <w:p w14:paraId="7839E7D9" w14:textId="77777777" w:rsidR="00E04250" w:rsidRDefault="00ED2AFA">
      <w:pPr>
        <w:pStyle w:val="LegalBody"/>
      </w:pPr>
      <w:r>
        <w:t>2.9. К юридически значимым действиям, совершаемым с использованием простой электронной подписи Ис</w:t>
      </w:r>
      <w:r>
        <w:t>полнителя, относятся, в том числе: акцепт настоящей оферты, принятие изменений оферты, согласие с Тарифами, подключение платных функций, принятие Заявок, изменение статусов Заявок, загрузка фотоотчётов, отчётов автоподбора, отчётов проверки автомобиля в СТ</w:t>
      </w:r>
      <w:r>
        <w:t>О, подтверждение выполнения услуг, направление возражений, принятие отчётов Платформы, подача заявлений, уведомлений, согласий и иных электронных сообщений через Платформу.</w:t>
      </w:r>
    </w:p>
    <w:p w14:paraId="60806BD6" w14:textId="77777777" w:rsidR="00E04250" w:rsidRDefault="00ED2AFA">
      <w:pPr>
        <w:pStyle w:val="LegalBody"/>
      </w:pPr>
      <w:r>
        <w:t>2.10. Стороны признают, что электронные документы, уведомления, подтверждения и дей</w:t>
      </w:r>
      <w:r>
        <w:t>ствия, совершённые с использованием простой электронной подписи Исполнителя, равнозначны документам на бумажном носителе, подписанным собственноручной подписью Исполнителя, если иное прямо не установлено законодательством Российской Федерации или настоящей</w:t>
      </w:r>
      <w:r>
        <w:t xml:space="preserve"> офертой.</w:t>
      </w:r>
    </w:p>
    <w:p w14:paraId="39B5E242" w14:textId="77777777" w:rsidR="00E04250" w:rsidRDefault="00ED2AFA">
      <w:pPr>
        <w:pStyle w:val="LegalBody"/>
      </w:pPr>
      <w:r>
        <w:lastRenderedPageBreak/>
        <w:t>2.11. Платформа определяет лицо, подписавшее электронный документ или совершившее юридически значимое действие, на основании совокупности данных, зафиксированных в информационной системе Платформы, включая ID Исполнителя, ИНН, ОГРН/ОГРНИП, статус</w:t>
      </w:r>
      <w:r>
        <w:t xml:space="preserve"> самозанятого, номер телефона, email, логин, дату и время действия, IP-адрес, сведения об устройстве, идентификатор сессии, введённый код, версию оферты, версию Тарифов, содержание совершённого действия и иные технические данные.</w:t>
      </w:r>
    </w:p>
    <w:p w14:paraId="11B5DEF0" w14:textId="77777777" w:rsidR="00E04250" w:rsidRDefault="00ED2AFA">
      <w:pPr>
        <w:pStyle w:val="LegalBody"/>
      </w:pPr>
      <w:r>
        <w:t>2.12. Исполнитель обязан с</w:t>
      </w:r>
      <w:r>
        <w:t>облюдать конфиденциальность ключа простой электронной подписи, включая логин, пароль, SMS-коды, email-коды, одноразовые коды, доступ к телефону, email, устройствам и личному кабинету.</w:t>
      </w:r>
    </w:p>
    <w:p w14:paraId="09365251" w14:textId="77777777" w:rsidR="00E04250" w:rsidRDefault="00ED2AFA">
      <w:pPr>
        <w:pStyle w:val="LegalBody"/>
      </w:pPr>
      <w:r>
        <w:t xml:space="preserve">2.13. Исполнитель обязан не передавать третьим лицам средства доступа к </w:t>
      </w:r>
      <w:r>
        <w:t>личному кабинету и ключ простой электронной подписи, а также не допускать использование личного кабинета третьими лицами без надлежащих полномочий.</w:t>
      </w:r>
    </w:p>
    <w:p w14:paraId="04009897" w14:textId="77777777" w:rsidR="00E04250" w:rsidRDefault="00ED2AFA">
      <w:pPr>
        <w:pStyle w:val="LegalBody"/>
      </w:pPr>
      <w:r>
        <w:t>2.14. Исполнитель обязан незамедлительно уведомить Платформу о потере телефона, утрате доступа к email, комп</w:t>
      </w:r>
      <w:r>
        <w:t>рометации пароля, несанкционированном доступе к личному кабинету, подозрении на использование ключа простой электронной подписи третьим лицом или иных обстоятельствах, создающих риск несанкционированного подписания электронных документов.</w:t>
      </w:r>
    </w:p>
    <w:p w14:paraId="25EA7DF2" w14:textId="77777777" w:rsidR="00E04250" w:rsidRDefault="00ED2AFA">
      <w:pPr>
        <w:pStyle w:val="LegalBody"/>
      </w:pPr>
      <w:r>
        <w:t xml:space="preserve">2.15. До момента </w:t>
      </w:r>
      <w:r>
        <w:t>получения Платформой уведомления, указанного в пункте 2.14 настоящей оферты, все действия, совершённые с использованием личного кабинета Исполнителя, кода, пароля или иного идентификатора Исполнителя, считаются совершёнными Исполнителем.</w:t>
      </w:r>
    </w:p>
    <w:p w14:paraId="2FEE8362" w14:textId="77777777" w:rsidR="00E04250" w:rsidRDefault="00ED2AFA">
      <w:pPr>
        <w:pStyle w:val="LegalBody"/>
      </w:pPr>
      <w:r>
        <w:t xml:space="preserve">2.16. Исполнитель </w:t>
      </w:r>
      <w:r>
        <w:t>подтверждает, что лицо, использующее личный кабинет Исполнителя и совершающее акцепт настоящей оферты, обладает полномочиями действовать от имени Исполнителя. Платформа вправе запросить документы, подтверждающие такие полномочия.</w:t>
      </w:r>
    </w:p>
    <w:p w14:paraId="6C33119A" w14:textId="77777777" w:rsidR="00E04250" w:rsidRDefault="00ED2AFA">
      <w:pPr>
        <w:pStyle w:val="LegalBody"/>
      </w:pPr>
      <w:r>
        <w:t>2.17. Наряду с акцептом че</w:t>
      </w:r>
      <w:r>
        <w:t>рез Платформу, индивидуальный предприниматель или юридическое лицо вправе акцептовать настоящую оферту путём подписания заявления о присоединении к оферте, соглашения об электронном документообороте, акта подключения или иного электронного документа усилен</w:t>
      </w:r>
      <w:r>
        <w:t>ной квалифицированной электронной подписью и направления такого документа Платформе через оператора электронного документооборота либо иной согласованный Сторонами электронный канал.</w:t>
      </w:r>
    </w:p>
    <w:p w14:paraId="7E373A53" w14:textId="77777777" w:rsidR="00E04250" w:rsidRDefault="00ED2AFA">
      <w:pPr>
        <w:pStyle w:val="LegalBody"/>
      </w:pPr>
      <w:r>
        <w:t>2.18. Электронный документ, подписанный усиленной квалифицированной элект</w:t>
      </w:r>
      <w:r>
        <w:t>ронной подписью индивидуального предпринимателя или юридического лица, признаётся Сторонами равнозначным документу на бумажном носителе, подписанному собственноручной подписью уполномоченного лица, если иное не установлено законодательством Российской Феде</w:t>
      </w:r>
      <w:r>
        <w:t>рации.</w:t>
      </w:r>
    </w:p>
    <w:p w14:paraId="27C58C3F" w14:textId="77777777" w:rsidR="00E04250" w:rsidRDefault="00ED2AFA">
      <w:pPr>
        <w:pStyle w:val="LegalBody"/>
      </w:pPr>
      <w:r>
        <w:t>2.19. Если от имени юридического лица электронный документ подписывает представитель, не являющийся лицом, имеющим право действовать без доверенности, такой представитель обязан одновременно предоставить документ, подтверждающий его полномочия, вклю</w:t>
      </w:r>
      <w:r>
        <w:t>чая доверенность в электронной форме, машиночитаемую доверенность или иной документ, соответствующий требованиям законодательства Российской Федерации.</w:t>
      </w:r>
    </w:p>
    <w:p w14:paraId="60A21DBC" w14:textId="77777777" w:rsidR="00E04250" w:rsidRDefault="00ED2AFA">
      <w:pPr>
        <w:pStyle w:val="LegalBody"/>
      </w:pPr>
      <w:r>
        <w:t>2.20. Если от имени индивидуального предпринимателя электронный документ подписывает представитель, тако</w:t>
      </w:r>
      <w:r>
        <w:t>й представитель обязан одновременно предоставить доверенность или иной документ, подтверждающий его полномочия, в порядке, предусмотренном законодательством Российской Федерации.</w:t>
      </w:r>
    </w:p>
    <w:p w14:paraId="465B8EC3" w14:textId="77777777" w:rsidR="00E04250" w:rsidRDefault="00ED2AFA">
      <w:pPr>
        <w:pStyle w:val="LegalBody"/>
      </w:pPr>
      <w:r>
        <w:t>2.21. При противоречии между электронным документом, подписанным усиленной кв</w:t>
      </w:r>
      <w:r>
        <w:t xml:space="preserve">алифицированной электронной подписью, и электронным действием, совершённым с использованием простой электронной подписи, приоритет имеет электронный документ, подписанный усиленной квалифицированной </w:t>
      </w:r>
      <w:r>
        <w:lastRenderedPageBreak/>
        <w:t>электронной подписью, если иное прямо не следует из содер</w:t>
      </w:r>
      <w:r>
        <w:t>жания такого документа, Тарифов или условий конкретной Заявки.</w:t>
      </w:r>
    </w:p>
    <w:p w14:paraId="4180A409" w14:textId="77777777" w:rsidR="00E04250" w:rsidRDefault="00ED2AFA">
      <w:pPr>
        <w:pStyle w:val="LegalBody"/>
      </w:pPr>
      <w:r>
        <w:t>2.22. Если законодательством Российской Федерации для совершения отдельного действия, подписания отдельного документа или участия в отдельном виде правоотношений требуется усиленная квалифициро</w:t>
      </w:r>
      <w:r>
        <w:t>ванная электронная подпись, простая электронная подпись применяется только в части, не противоречащей такому требованию.</w:t>
      </w:r>
    </w:p>
    <w:p w14:paraId="7F21B4E6" w14:textId="77777777" w:rsidR="00E04250" w:rsidRDefault="00ED2AFA">
      <w:pPr>
        <w:pStyle w:val="SectionHeading"/>
      </w:pPr>
      <w:r>
        <w:t>3. ПРЕДМЕТ ДОГОВОРА</w:t>
      </w:r>
    </w:p>
    <w:p w14:paraId="4B25CE45" w14:textId="77777777" w:rsidR="00E04250" w:rsidRDefault="00ED2AFA">
      <w:pPr>
        <w:pStyle w:val="LegalBody"/>
      </w:pPr>
      <w:r>
        <w:t>3.1. Платформа оказывает Исполнителю услуги по подключению к информационной системе ВРУМ, размещению сведений об Ис</w:t>
      </w:r>
      <w:r>
        <w:t>полнителе, передаче Заявок, обеспечению онлайн-записи, коммуникации с Заказчиками, учёту заявок, рейтингу, отзывам, аналитике, приёму оплаты как агент и иным функциям.</w:t>
      </w:r>
    </w:p>
    <w:p w14:paraId="04670A82" w14:textId="77777777" w:rsidR="00E04250" w:rsidRDefault="00ED2AFA">
      <w:pPr>
        <w:pStyle w:val="LegalBody"/>
      </w:pPr>
      <w:r>
        <w:t>3.2. Платформа также вправе оказывать услуги цифрового гаража, корпоративного гаража, хр</w:t>
      </w:r>
      <w:r>
        <w:t>анения истории обслуживания, аналитики, отчётности, напоминаний, документооборота, CRM-функций и иных платных или бесплатных функций, предусмотренных интерфейсом Платформы и Тарифами.</w:t>
      </w:r>
    </w:p>
    <w:p w14:paraId="000ABDC0" w14:textId="77777777" w:rsidR="00E04250" w:rsidRDefault="00ED2AFA">
      <w:pPr>
        <w:pStyle w:val="LegalBody"/>
      </w:pPr>
      <w:r>
        <w:t xml:space="preserve">3.3. Исполнитель самостоятельно оказывает Заказчикам автоуслуги, услуги </w:t>
      </w:r>
      <w:r>
        <w:t>автоподбора, проверки автомобиля перед покупкой, эвакуации или иные разрешённые услуги и несёт перед ними ответственность за качество, сроки, безопасность, результат и последствия оказания таких услуг.</w:t>
      </w:r>
    </w:p>
    <w:p w14:paraId="371E1BC8" w14:textId="77777777" w:rsidR="00E04250" w:rsidRDefault="00ED2AFA">
      <w:pPr>
        <w:pStyle w:val="LegalBody"/>
      </w:pPr>
      <w:r>
        <w:t>3.4. ВРУМ предоставляет Исполнителю информационно-техн</w:t>
      </w:r>
      <w:r>
        <w:t>ическую инфраструктуру, канал привлечения клиентов и инструменты взаимодействия с Заказчиками.</w:t>
      </w:r>
    </w:p>
    <w:p w14:paraId="191CA7DE" w14:textId="77777777" w:rsidR="00E04250" w:rsidRDefault="00ED2AFA">
      <w:r>
        <w:t>3.5. Отношения по фактическому оказанию услуг возникают непосредственно между Заказчиком и Исполнителем.</w:t>
      </w:r>
    </w:p>
    <w:p w14:paraId="7B60B973" w14:textId="77777777" w:rsidR="00E04250" w:rsidRDefault="00ED2AFA">
      <w:r>
        <w:t>3.6. Если Заказчик приобретает доступ к услугам цифровог</w:t>
      </w:r>
      <w:r>
        <w:t>о гаража, такие услуги оказываются Платформой самостоятельно в объёме и на условиях, предусмотренных пользовательским соглашением, Тарифами и интерфейсом Платформы.</w:t>
      </w:r>
    </w:p>
    <w:p w14:paraId="48B76DC2" w14:textId="77777777" w:rsidR="00E04250" w:rsidRDefault="00ED2AFA">
      <w:pPr>
        <w:pStyle w:val="SectionHeading"/>
      </w:pPr>
      <w:r>
        <w:t>4. ПРАВОВОЙ СТАТУС ВРУМ И АГЕНТСКАЯ МОДЕЛЬ</w:t>
      </w:r>
    </w:p>
    <w:p w14:paraId="3FFA846B" w14:textId="77777777" w:rsidR="00E04250" w:rsidRDefault="00ED2AFA">
      <w:pPr>
        <w:pStyle w:val="LegalBody"/>
      </w:pPr>
      <w:r>
        <w:t>4.1. ВРУМ является информационной платформой, вл</w:t>
      </w:r>
      <w:r>
        <w:t>адельцем агрегатора информации об услугах и агентом Исполнителя в части привлечения Заказчиков, передачи Заявок, технического сопровождения взаимодействия, приёма оплаты, удержания вознаграждения Платформы и перечисления денежных средств Исполнителю.</w:t>
      </w:r>
    </w:p>
    <w:p w14:paraId="08B6C7A7" w14:textId="77777777" w:rsidR="00E04250" w:rsidRDefault="00ED2AFA">
      <w:pPr>
        <w:pStyle w:val="LegalBody"/>
      </w:pPr>
      <w:r>
        <w:t xml:space="preserve">4.2. </w:t>
      </w:r>
      <w:r>
        <w:t>ВРУМ действует как агент Исполнителя: принимает денежные средства от Заказчиков за услуги Исполнителя, удерживает своё вознаграждение и перечисляет Исполнителю остаток суммы в порядке, установленном настоящей офертой, Тарифами и интерфейсом Платформы.</w:t>
      </w:r>
    </w:p>
    <w:p w14:paraId="67160FC8" w14:textId="77777777" w:rsidR="00E04250" w:rsidRDefault="00ED2AFA">
      <w:pPr>
        <w:pStyle w:val="LegalBody"/>
      </w:pPr>
      <w:r>
        <w:t>4.3.</w:t>
      </w:r>
      <w:r>
        <w:t xml:space="preserve"> ВРУМ не является автосервисом, станцией технического обслуживания, ремонтной организацией, эвакуатором, исполнителем ремонта, исполнителем диагностики, исполнителем технического обслуживания, автоэкспертом, продавцом автомобиля, покупателем автомобиля, ав</w:t>
      </w:r>
      <w:r>
        <w:t>тосалоном, оценочной организацией или соисполнителем Исполнителя.</w:t>
      </w:r>
    </w:p>
    <w:p w14:paraId="54685BC0" w14:textId="77777777" w:rsidR="00E04250" w:rsidRDefault="00ED2AFA">
      <w:pPr>
        <w:pStyle w:val="LegalBody"/>
      </w:pPr>
      <w:r>
        <w:t>4.4. ВРУМ не оказывает Заказчикам фактические автоуслуги, услуги ремонта, диагностики, эвакуации, автоподбора, осмотра автомобиля или проверки автомобиля в СТО перед покупкой. Фактические ус</w:t>
      </w:r>
      <w:r>
        <w:t>луги оказывает Исполнитель, указанный в Заявке, карточке Исполнителя, заказе, счёте, чеке, фотоотчёте, отчёте автоподбора или ином документе Платформы.</w:t>
      </w:r>
    </w:p>
    <w:p w14:paraId="4294A466" w14:textId="77777777" w:rsidR="00E04250" w:rsidRDefault="00ED2AFA">
      <w:pPr>
        <w:pStyle w:val="LegalBody"/>
      </w:pPr>
      <w:r>
        <w:t>4.5. Отношения по фактическому оказанию автоуслуг возникают непосредственно между Заказчиком и Исполните</w:t>
      </w:r>
      <w:r>
        <w:t>лем.</w:t>
      </w:r>
    </w:p>
    <w:p w14:paraId="5B73BA1D" w14:textId="77777777" w:rsidR="00E04250" w:rsidRDefault="00ED2AFA">
      <w:pPr>
        <w:pStyle w:val="LegalBody"/>
      </w:pPr>
      <w:r>
        <w:lastRenderedPageBreak/>
        <w:t>4.6. ВРУМ не отвечает за качество, сроки, безопасность, результат, гарантию, недостатки, повреждения автомобиля, скрытые дефекты, действия работников, подрядчиков, оборудование, материалы, запасные части или выводы Исполнителя, за исключением случаев,</w:t>
      </w:r>
      <w:r>
        <w:t xml:space="preserve"> когда такая ответственность прямо возложена на ВРУМ императивными нормами закона.</w:t>
      </w:r>
    </w:p>
    <w:p w14:paraId="01B7DB4E" w14:textId="77777777" w:rsidR="00E04250" w:rsidRDefault="00ED2AFA">
      <w:pPr>
        <w:pStyle w:val="LegalBody"/>
      </w:pPr>
      <w:r>
        <w:t>4.7. Исполнитель самостоятельно отвечает перед Заказчиком за соблюдение законодательства о защите прав потребителей, если Заказчиком является потребитель.</w:t>
      </w:r>
    </w:p>
    <w:p w14:paraId="056500FA" w14:textId="77777777" w:rsidR="00E04250" w:rsidRDefault="00ED2AFA">
      <w:pPr>
        <w:pStyle w:val="LegalBody"/>
      </w:pPr>
      <w:r>
        <w:t xml:space="preserve">4.8. </w:t>
      </w:r>
      <w:r>
        <w:t>Участие ВРУМ в передаче Заявки, приёме оплаты, отображении статуса заказа, хранении фотоотчёта, хранении отчёта автоподбора, модерации обращения или заморозке выплаты не означает, что ВРУМ становится исполнителем услуг Исполнителя.</w:t>
      </w:r>
    </w:p>
    <w:p w14:paraId="0EE32ECC" w14:textId="77777777" w:rsidR="00E04250" w:rsidRDefault="00ED2AFA">
      <w:pPr>
        <w:pStyle w:val="LegalBody"/>
      </w:pPr>
      <w:r>
        <w:t>4.9. Исполнитель признаё</w:t>
      </w:r>
      <w:r>
        <w:t>т, что ВРУМ оказывает Исполнителю информационные, агентские, технические, маркетинговые и организационные услуги, а не услуги по ремонту, обслуживанию транспортных средств, автоподбору, оценке, экспертизе или эвакуации.</w:t>
      </w:r>
    </w:p>
    <w:p w14:paraId="3C870684" w14:textId="77777777" w:rsidR="00E04250" w:rsidRDefault="00ED2AFA">
      <w:pPr>
        <w:pStyle w:val="LegalBody"/>
      </w:pPr>
      <w:r>
        <w:t>4.10. ВРУМ вправе указывать в интерф</w:t>
      </w:r>
      <w:r>
        <w:t>ейсе Платформы, заказе, счёте, чеке, уведомлениях и иных документах данные фактического Исполнителя для надлежащего информирования Заказчика.</w:t>
      </w:r>
    </w:p>
    <w:p w14:paraId="2311CC4F" w14:textId="77777777" w:rsidR="00E04250" w:rsidRDefault="00ED2AFA">
      <w:r>
        <w:t>4.11. ВРУМ не является стороной сделки купли-продажи транспортного средства между Заказчиком и продавцом автомобил</w:t>
      </w:r>
      <w:r>
        <w:t>я, не принимает задатки за автомобиль, не гарантирует заключение сделки, юридическую чистоту автомобиля, техническую исправность автомобиля или добросовестность продавца.</w:t>
      </w:r>
    </w:p>
    <w:p w14:paraId="7CD7C677" w14:textId="77777777" w:rsidR="00E04250" w:rsidRDefault="00ED2AFA">
      <w:pPr>
        <w:pStyle w:val="SectionHeading"/>
      </w:pPr>
      <w:r>
        <w:t>5. КАТЕГОРИИ ИСПОЛНИТЕЛЕЙ</w:t>
      </w:r>
    </w:p>
    <w:p w14:paraId="7CE5C647" w14:textId="77777777" w:rsidR="00E04250" w:rsidRDefault="00ED2AFA">
      <w:pPr>
        <w:pStyle w:val="LegalBody"/>
      </w:pPr>
      <w:r>
        <w:t>5.1. Платформа разделяет Исполнителей на следующие категори</w:t>
      </w:r>
      <w:r>
        <w:t>и:</w:t>
      </w:r>
    </w:p>
    <w:p w14:paraId="15F48629" w14:textId="77777777" w:rsidR="00E04250" w:rsidRDefault="00ED2AFA">
      <w:pPr>
        <w:pStyle w:val="LegalBody"/>
      </w:pPr>
      <w:r>
        <w:t>5.1.1. СТО;</w:t>
      </w:r>
    </w:p>
    <w:p w14:paraId="60CB89D1" w14:textId="77777777" w:rsidR="00E04250" w:rsidRDefault="00ED2AFA">
      <w:pPr>
        <w:pStyle w:val="LegalBody"/>
      </w:pPr>
      <w:r>
        <w:t>5.1.2. Выездной мастер;</w:t>
      </w:r>
    </w:p>
    <w:p w14:paraId="7B72F63B" w14:textId="77777777" w:rsidR="00E04250" w:rsidRDefault="00ED2AFA">
      <w:pPr>
        <w:pStyle w:val="LegalBody"/>
      </w:pPr>
      <w:r>
        <w:t>5.1.3. Эвакуатор / Партнёр;</w:t>
      </w:r>
    </w:p>
    <w:p w14:paraId="045D3770" w14:textId="77777777" w:rsidR="00E04250" w:rsidRDefault="00ED2AFA">
      <w:r>
        <w:t>5.1.4. Автоэксперт / специалист по автоподбору.</w:t>
      </w:r>
    </w:p>
    <w:p w14:paraId="07247CDD" w14:textId="77777777" w:rsidR="00E04250" w:rsidRDefault="00ED2AFA">
      <w:pPr>
        <w:pStyle w:val="LegalBody"/>
      </w:pPr>
      <w:r>
        <w:t>5.2. Для каждой категории Исполнителей Платформа вправе устанавливать отдельные:</w:t>
      </w:r>
    </w:p>
    <w:p w14:paraId="1DD6CE1A" w14:textId="77777777" w:rsidR="00E04250" w:rsidRDefault="00ED2AFA">
      <w:pPr>
        <w:pStyle w:val="LegalBody"/>
      </w:pPr>
      <w:r>
        <w:t>5.2.1. требования к регистрации и проверке;</w:t>
      </w:r>
    </w:p>
    <w:p w14:paraId="54AD8E8A" w14:textId="77777777" w:rsidR="00E04250" w:rsidRDefault="00ED2AFA">
      <w:pPr>
        <w:pStyle w:val="LegalBody"/>
      </w:pPr>
      <w:r>
        <w:t xml:space="preserve">5.2.2. </w:t>
      </w:r>
      <w:r>
        <w:t>разрешённые услуги;</w:t>
      </w:r>
    </w:p>
    <w:p w14:paraId="21422ED5" w14:textId="77777777" w:rsidR="00E04250" w:rsidRDefault="00ED2AFA">
      <w:pPr>
        <w:pStyle w:val="LegalBody"/>
      </w:pPr>
      <w:r>
        <w:t>5.2.3. Тарифы;</w:t>
      </w:r>
    </w:p>
    <w:p w14:paraId="030B6E09" w14:textId="77777777" w:rsidR="00E04250" w:rsidRDefault="00ED2AFA">
      <w:pPr>
        <w:pStyle w:val="LegalBody"/>
      </w:pPr>
      <w:r>
        <w:t>5.2.4. требования к фотоотчёту, отчёту автоподбора или отчёту проверки в СТО;</w:t>
      </w:r>
    </w:p>
    <w:p w14:paraId="6888FBC6" w14:textId="77777777" w:rsidR="00E04250" w:rsidRDefault="00ED2AFA">
      <w:pPr>
        <w:pStyle w:val="LegalBody"/>
      </w:pPr>
      <w:r>
        <w:t>5.2.5. порядок выплат;</w:t>
      </w:r>
    </w:p>
    <w:p w14:paraId="6A2FD716" w14:textId="77777777" w:rsidR="00E04250" w:rsidRDefault="00ED2AFA">
      <w:pPr>
        <w:pStyle w:val="LegalBody"/>
      </w:pPr>
      <w:r>
        <w:t>5.2.6. основания для заморозки выплаты;</w:t>
      </w:r>
    </w:p>
    <w:p w14:paraId="485B5703" w14:textId="77777777" w:rsidR="00E04250" w:rsidRDefault="00ED2AFA">
      <w:pPr>
        <w:pStyle w:val="LegalBody"/>
      </w:pPr>
      <w:r>
        <w:t>5.2.7. уровень приоритета в выдаче;</w:t>
      </w:r>
    </w:p>
    <w:p w14:paraId="7325D6C4" w14:textId="77777777" w:rsidR="00E04250" w:rsidRDefault="00ED2AFA">
      <w:pPr>
        <w:pStyle w:val="LegalBody"/>
      </w:pPr>
      <w:r>
        <w:t>5.2.8. требования к документам;</w:t>
      </w:r>
    </w:p>
    <w:p w14:paraId="0DAD24C0" w14:textId="77777777" w:rsidR="00E04250" w:rsidRDefault="00ED2AFA">
      <w:pPr>
        <w:pStyle w:val="LegalBody"/>
      </w:pPr>
      <w:r>
        <w:t>5.2.9. требо</w:t>
      </w:r>
      <w:r>
        <w:t>вания к квалификации, оборудованию, транспорту и страхованию.</w:t>
      </w:r>
    </w:p>
    <w:p w14:paraId="4667A3DB" w14:textId="77777777" w:rsidR="00E04250" w:rsidRDefault="00ED2AFA">
      <w:pPr>
        <w:pStyle w:val="LegalBody"/>
      </w:pPr>
      <w:r>
        <w:t>5.3. К категории «СТО» допускаются юридические лица и индивидуальные предприниматели.</w:t>
      </w:r>
    </w:p>
    <w:p w14:paraId="1105D4B0" w14:textId="77777777" w:rsidR="00E04250" w:rsidRDefault="00ED2AFA">
      <w:pPr>
        <w:pStyle w:val="LegalBody"/>
      </w:pPr>
      <w:r>
        <w:t>5.4. СТО может быть допущено к следующим видам услуг:</w:t>
      </w:r>
    </w:p>
    <w:p w14:paraId="27BD2C65" w14:textId="77777777" w:rsidR="00E04250" w:rsidRDefault="00ED2AFA">
      <w:pPr>
        <w:pStyle w:val="LegalBody"/>
      </w:pPr>
      <w:r>
        <w:t>5.4.1. диагностика автомобиля;</w:t>
      </w:r>
    </w:p>
    <w:p w14:paraId="1F5CEAF9" w14:textId="77777777" w:rsidR="00E04250" w:rsidRDefault="00ED2AFA">
      <w:pPr>
        <w:pStyle w:val="LegalBody"/>
      </w:pPr>
      <w:r>
        <w:t>5.4.2. техническое обсл</w:t>
      </w:r>
      <w:r>
        <w:t>уживание;</w:t>
      </w:r>
    </w:p>
    <w:p w14:paraId="4AAF027C" w14:textId="77777777" w:rsidR="00E04250" w:rsidRDefault="00ED2AFA">
      <w:pPr>
        <w:pStyle w:val="LegalBody"/>
      </w:pPr>
      <w:r>
        <w:t>5.4.3. ремонт двигателя, подвески, тормозной системы, электрики и иных систем автомобиля;</w:t>
      </w:r>
    </w:p>
    <w:p w14:paraId="36FF3972" w14:textId="77777777" w:rsidR="00E04250" w:rsidRDefault="00ED2AFA">
      <w:pPr>
        <w:pStyle w:val="LegalBody"/>
      </w:pPr>
      <w:r>
        <w:t>5.4.4. шиномонтаж;</w:t>
      </w:r>
    </w:p>
    <w:p w14:paraId="784BA18D" w14:textId="77777777" w:rsidR="00E04250" w:rsidRDefault="00ED2AFA">
      <w:pPr>
        <w:pStyle w:val="LegalBody"/>
      </w:pPr>
      <w:r>
        <w:lastRenderedPageBreak/>
        <w:t>5.4.5. кузовной ремонт;</w:t>
      </w:r>
    </w:p>
    <w:p w14:paraId="0881A7F2" w14:textId="77777777" w:rsidR="00E04250" w:rsidRDefault="00ED2AFA">
      <w:pPr>
        <w:pStyle w:val="LegalBody"/>
      </w:pPr>
      <w:r>
        <w:t>5.4.6. замена масла, фильтров, технических жидкостей;</w:t>
      </w:r>
    </w:p>
    <w:p w14:paraId="71149CFE" w14:textId="77777777" w:rsidR="00E04250" w:rsidRDefault="00ED2AFA">
      <w:pPr>
        <w:pStyle w:val="LegalBody"/>
      </w:pPr>
      <w:r>
        <w:t>5.4.7. проверка автомобиля в СТО перед покупкой;</w:t>
      </w:r>
    </w:p>
    <w:p w14:paraId="3ED7B150" w14:textId="77777777" w:rsidR="00E04250" w:rsidRDefault="00ED2AFA">
      <w:r>
        <w:t>5.4.8. иные услуги, разрешённые Платформой.</w:t>
      </w:r>
    </w:p>
    <w:p w14:paraId="73BA1969" w14:textId="77777777" w:rsidR="00E04250" w:rsidRDefault="00ED2AFA">
      <w:pPr>
        <w:pStyle w:val="LegalBody"/>
      </w:pPr>
      <w:r>
        <w:t>5.5. СТО обязано загружать фотоотчёт, отчёт проверки в СТО перед покупкой, заказ-наряд, чек, акт, счёт или иной подтверждающий документ, если это предусмотрено интерфейсом Платформы, категорией услуги или необход</w:t>
      </w:r>
      <w:r>
        <w:t>имо для разрешения спора.</w:t>
      </w:r>
    </w:p>
    <w:p w14:paraId="456DB8B2" w14:textId="77777777" w:rsidR="00E04250" w:rsidRDefault="00ED2AFA">
      <w:pPr>
        <w:pStyle w:val="LegalBody"/>
      </w:pPr>
      <w:r>
        <w:t>5.6. Выплата СТО осуществляется после подтверждения оказания услуги, загрузки обязательного фотоотчёта или отчёта проверки, а также при отсутствии обстоятельств, требующих заморозки выплаты или модерации.</w:t>
      </w:r>
    </w:p>
    <w:p w14:paraId="1D535FB4" w14:textId="77777777" w:rsidR="00E04250" w:rsidRDefault="00ED2AFA">
      <w:pPr>
        <w:pStyle w:val="LegalBody"/>
      </w:pPr>
      <w:r>
        <w:t>5.7. СТО несёт полную отв</w:t>
      </w:r>
      <w:r>
        <w:t>етственность перед Заказчиком за качество, сроки, безопасность, гарантию, результат работ, действия сотрудников, используемые материалы, запасные части, оборудование и достоверность отчётов.</w:t>
      </w:r>
    </w:p>
    <w:p w14:paraId="228B4A78" w14:textId="77777777" w:rsidR="00E04250" w:rsidRDefault="00ED2AFA">
      <w:pPr>
        <w:pStyle w:val="LegalBody"/>
      </w:pPr>
      <w:r>
        <w:t>5.8. К категории «Выездной мастер» допускаются индивидуальные пре</w:t>
      </w:r>
      <w:r>
        <w:t>дприниматели и самозанятые Исполнители, если они соответствуют требованиям Платформы.</w:t>
      </w:r>
    </w:p>
    <w:p w14:paraId="54B49B69" w14:textId="77777777" w:rsidR="00E04250" w:rsidRDefault="00ED2AFA">
      <w:pPr>
        <w:pStyle w:val="LegalBody"/>
      </w:pPr>
      <w:r>
        <w:t>5.9. Выездной мастер может быть допущен только к простым выездным услугам, разрешённым Платформой, включая:</w:t>
      </w:r>
    </w:p>
    <w:p w14:paraId="2FBADF5E" w14:textId="77777777" w:rsidR="00E04250" w:rsidRDefault="00ED2AFA">
      <w:pPr>
        <w:pStyle w:val="LegalBody"/>
      </w:pPr>
      <w:r>
        <w:t>5.9.1. запуск двигателя от внешнего источника питания;</w:t>
      </w:r>
    </w:p>
    <w:p w14:paraId="2F17D2EB" w14:textId="77777777" w:rsidR="00E04250" w:rsidRDefault="00ED2AFA">
      <w:pPr>
        <w:pStyle w:val="LegalBody"/>
      </w:pPr>
      <w:r>
        <w:t xml:space="preserve">5.9.2. </w:t>
      </w:r>
      <w:r>
        <w:t>подкачку шин;</w:t>
      </w:r>
    </w:p>
    <w:p w14:paraId="40035CEF" w14:textId="77777777" w:rsidR="00E04250" w:rsidRDefault="00ED2AFA">
      <w:pPr>
        <w:pStyle w:val="LegalBody"/>
      </w:pPr>
      <w:r>
        <w:t>5.9.3. замену колеса;</w:t>
      </w:r>
    </w:p>
    <w:p w14:paraId="5C111550" w14:textId="77777777" w:rsidR="00E04250" w:rsidRDefault="00ED2AFA">
      <w:pPr>
        <w:pStyle w:val="LegalBody"/>
      </w:pPr>
      <w:r>
        <w:t>5.9.4. мелкую диагностику;</w:t>
      </w:r>
    </w:p>
    <w:p w14:paraId="166B8BC3" w14:textId="77777777" w:rsidR="00E04250" w:rsidRDefault="00ED2AFA">
      <w:pPr>
        <w:pStyle w:val="LegalBody"/>
      </w:pPr>
      <w:r>
        <w:t>5.9.5. помощь при несложных неисправностях;</w:t>
      </w:r>
    </w:p>
    <w:p w14:paraId="36DD6852" w14:textId="77777777" w:rsidR="00E04250" w:rsidRDefault="00ED2AFA">
      <w:pPr>
        <w:pStyle w:val="LegalBody"/>
      </w:pPr>
      <w:r>
        <w:t>5.9.6. иные услуги, прямо разрешённые Платформой для Выездных мастеров.</w:t>
      </w:r>
    </w:p>
    <w:p w14:paraId="66F7D945" w14:textId="77777777" w:rsidR="00E04250" w:rsidRDefault="00ED2AFA">
      <w:pPr>
        <w:pStyle w:val="LegalBody"/>
      </w:pPr>
      <w:r>
        <w:t>5.10. Выездной мастер не вправе выполнять сложные ремонтные работы, требующие</w:t>
      </w:r>
      <w:r>
        <w:t xml:space="preserve"> условий стационарного автосервиса, специального оборудования, подъёмника, лицензий, допусков или квалификации, если такие работы не разрешены Платформой.</w:t>
      </w:r>
    </w:p>
    <w:p w14:paraId="4D5710D8" w14:textId="77777777" w:rsidR="00E04250" w:rsidRDefault="00ED2AFA">
      <w:pPr>
        <w:pStyle w:val="LegalBody"/>
      </w:pPr>
      <w:r>
        <w:t>5.11. Выездной мастер обязан загружать фотоотчёт по каждой выполненной Заявке, включая фото автомобил</w:t>
      </w:r>
      <w:r>
        <w:t>я, госномера, места оказания услуги, проблемы до выполнения работ, результата работ и комментарий о выполненной услуге.</w:t>
      </w:r>
    </w:p>
    <w:p w14:paraId="202E1413" w14:textId="77777777" w:rsidR="00E04250" w:rsidRDefault="00ED2AFA">
      <w:pPr>
        <w:pStyle w:val="LegalBody"/>
      </w:pPr>
      <w:r>
        <w:t>5.12. Выплата Выездному мастеру осуществляется после загрузки обязательного фотоотчёта, подтверждения выполнения услуги Заказчиком или з</w:t>
      </w:r>
      <w:r>
        <w:t>авершения модерации Платформой.</w:t>
      </w:r>
    </w:p>
    <w:p w14:paraId="22C4DC12" w14:textId="77777777" w:rsidR="00E04250" w:rsidRDefault="00ED2AFA">
      <w:pPr>
        <w:pStyle w:val="LegalBody"/>
      </w:pPr>
      <w:r>
        <w:t>5.13. Самозанятый Выездной мастер обязан самостоятельно соблюдать ограничения режима налога на профессиональный доход, формировать чек и передавать его Заказчику и/или Платформе в порядке, предусмотренном законодательством и</w:t>
      </w:r>
      <w:r>
        <w:t xml:space="preserve"> правилами Платформы.</w:t>
      </w:r>
    </w:p>
    <w:p w14:paraId="753B56BB" w14:textId="77777777" w:rsidR="00E04250" w:rsidRDefault="00ED2AFA">
      <w:pPr>
        <w:pStyle w:val="LegalBody"/>
      </w:pPr>
      <w:r>
        <w:t>5.14. К категории «Эвакуатор / Партнёр» допускаются Исполнители, оказывающие услуги эвакуации, транспортировки транспортных средств, дорожной помощи и иные партнёрские услуги.</w:t>
      </w:r>
    </w:p>
    <w:p w14:paraId="007B4CFB" w14:textId="77777777" w:rsidR="00E04250" w:rsidRDefault="00ED2AFA">
      <w:pPr>
        <w:pStyle w:val="LegalBody"/>
      </w:pPr>
      <w:r>
        <w:t>5.15. Платформа вправе устанавливать для Эвакуаторов / Пар</w:t>
      </w:r>
      <w:r>
        <w:t>тнёров отдельные требования к документам, транспортным средствам, оборудованию, страхованию, зонам работы, времени подачи, тарифам и фотоотчётам.</w:t>
      </w:r>
    </w:p>
    <w:p w14:paraId="1544F534" w14:textId="77777777" w:rsidR="00E04250" w:rsidRDefault="00ED2AFA">
      <w:pPr>
        <w:pStyle w:val="LegalBody"/>
      </w:pPr>
      <w:r>
        <w:t>5.16. Эвакуатор / Партнёр обязан загружать фотоотчёт, подтверждающий факт прибытия к автомобилю, состояние авт</w:t>
      </w:r>
      <w:r>
        <w:t>омобиля до погрузки, процесс погрузки при необходимости, место доставки и завершение услуги.</w:t>
      </w:r>
    </w:p>
    <w:p w14:paraId="117F9254" w14:textId="77777777" w:rsidR="00E04250" w:rsidRDefault="00ED2AFA">
      <w:pPr>
        <w:pStyle w:val="LegalBody"/>
      </w:pPr>
      <w:r>
        <w:lastRenderedPageBreak/>
        <w:t>5.17. Выплата Эвакуатору / Партнёру осуществляется после подтверждения выполнения услуги, загрузки обязательного фотоотчёта и отсутствия обстоятельств, требующих м</w:t>
      </w:r>
      <w:r>
        <w:t>одерации.</w:t>
      </w:r>
    </w:p>
    <w:p w14:paraId="661D559A" w14:textId="77777777" w:rsidR="00E04250" w:rsidRDefault="00ED2AFA">
      <w:pPr>
        <w:pStyle w:val="LegalBody"/>
      </w:pPr>
      <w:r>
        <w:t>5.18. Эвакуатор / Партнёр несёт ответственность перед Заказчиком за сохранность транспортного средства при эвакуации, транспортировке, погрузке, разгрузке и иных действиях, выполняемых им самостоятельно.</w:t>
      </w:r>
    </w:p>
    <w:p w14:paraId="0E69D62B" w14:textId="77777777" w:rsidR="00E04250" w:rsidRDefault="00ED2AFA">
      <w:r>
        <w:t>5.19. К категории «Автоэксперт / специалис</w:t>
      </w:r>
      <w:r>
        <w:t>т по автоподбору» допускаются индивидуальные предприниматели и самозанятые Исполнители, если они соответствуют требованиям Платформы.</w:t>
      </w:r>
    </w:p>
    <w:p w14:paraId="0D49E9EB" w14:textId="77777777" w:rsidR="00E04250" w:rsidRDefault="00ED2AFA">
      <w:r>
        <w:t>5.20. Автоэксперт может быть допущен к следующим видам услуг:</w:t>
      </w:r>
    </w:p>
    <w:p w14:paraId="679F9BFC" w14:textId="77777777" w:rsidR="00E04250" w:rsidRDefault="00ED2AFA">
      <w:r>
        <w:t>5.20.1. выездной осмотр транспортного средства перед покупко</w:t>
      </w:r>
      <w:r>
        <w:t>й;</w:t>
      </w:r>
    </w:p>
    <w:p w14:paraId="712FF48D" w14:textId="77777777" w:rsidR="00E04250" w:rsidRDefault="00ED2AFA">
      <w:r>
        <w:t>5.20.2. визуальная проверка кузова, салона, моторного отсека, ходовой части и иных доступных элементов автомобиля;</w:t>
      </w:r>
    </w:p>
    <w:p w14:paraId="57C5B58A" w14:textId="77777777" w:rsidR="00E04250" w:rsidRDefault="00ED2AFA">
      <w:r>
        <w:t>5.20.3. проверка лакокрасочного покрытия толщиномером;</w:t>
      </w:r>
    </w:p>
    <w:p w14:paraId="56D253C3" w14:textId="77777777" w:rsidR="00E04250" w:rsidRDefault="00ED2AFA">
      <w:r>
        <w:t>5.20.4. компьютерная диагностика с использованием OBD-сканера или иного диагностиче</w:t>
      </w:r>
      <w:r>
        <w:t>ского оборудования;</w:t>
      </w:r>
    </w:p>
    <w:p w14:paraId="5DE43781" w14:textId="77777777" w:rsidR="00E04250" w:rsidRDefault="00ED2AFA">
      <w:r>
        <w:t>5.20.5. фото- и видеофиксация состояния транспортного средства;</w:t>
      </w:r>
    </w:p>
    <w:p w14:paraId="17323DA3" w14:textId="77777777" w:rsidR="00E04250" w:rsidRDefault="00ED2AFA">
      <w:r>
        <w:t>5.20.6. проверка сведений о транспортном средстве по открытым источникам и доступным информационным сервисам;</w:t>
      </w:r>
    </w:p>
    <w:p w14:paraId="7D734DA9" w14:textId="77777777" w:rsidR="00E04250" w:rsidRDefault="00ED2AFA">
      <w:r>
        <w:t>5.20.7. подготовка отчёта по результатам осмотра;</w:t>
      </w:r>
    </w:p>
    <w:p w14:paraId="4B77361E" w14:textId="77777777" w:rsidR="00E04250" w:rsidRDefault="00ED2AFA">
      <w:r>
        <w:t>5.20.8. консультация Заказчика о выявленных рисках, недостатках и целесообразности дальнейшей проверки транспортного средства;</w:t>
      </w:r>
    </w:p>
    <w:p w14:paraId="37640221" w14:textId="77777777" w:rsidR="00E04250" w:rsidRDefault="00ED2AFA">
      <w:r>
        <w:t>5.20.9. подбор вариантов автомобиля по параметрам Заказчика;</w:t>
      </w:r>
    </w:p>
    <w:p w14:paraId="12B26EAD" w14:textId="77777777" w:rsidR="00E04250" w:rsidRDefault="00ED2AFA">
      <w:r>
        <w:t>5.20.10. расширенное сопровождение подбора автомобиля;</w:t>
      </w:r>
    </w:p>
    <w:p w14:paraId="624CAFA6" w14:textId="77777777" w:rsidR="00E04250" w:rsidRDefault="00ED2AFA">
      <w:r>
        <w:t>5.20.11. иные услуги, прямо разрешённые Платформой для данной категории Исполнителей.</w:t>
      </w:r>
    </w:p>
    <w:p w14:paraId="32FB541D" w14:textId="77777777" w:rsidR="00E04250" w:rsidRDefault="00ED2AFA">
      <w:r>
        <w:t>5.21. Самозанятый Автоэксперт вправе оказывать только услуги личного осмотра, консультации, диагностики, фотофиксации и подготовки отчёта. Самозанятый Автоэксперт не впра</w:t>
      </w:r>
      <w:r>
        <w:t>ве осуществлять подбор автомобиля как посредник, выступать агентом, комиссионером, поверенным, представителем покупателя или продавца, принимать денежные средства за транспортное средство, заключать сделки, подписывать договоры купли-продажи, получать зада</w:t>
      </w:r>
      <w:r>
        <w:t>тки, вести предпринимательскую деятельность в интересах другого лица по агентской, комиссионной или поручительной модели либо действовать от имени Заказчика или продавца.</w:t>
      </w:r>
    </w:p>
    <w:p w14:paraId="6ED6AA15" w14:textId="77777777" w:rsidR="00E04250" w:rsidRDefault="00ED2AFA">
      <w:r>
        <w:t>5.22. Индивидуальный предприниматель Автоэксперт вправе оказывать услуги осмотра, под</w:t>
      </w:r>
      <w:r>
        <w:t>бора автомобиля и расширенного сопровождения, включая подбор вариантов, организацию осмотров, консультационное сопровождение переговоров и подготовку отчётов, если соответствующие действия разрешены Платформой и не противоречат законодательству.</w:t>
      </w:r>
    </w:p>
    <w:p w14:paraId="3C47E7C2" w14:textId="77777777" w:rsidR="00E04250" w:rsidRDefault="00ED2AFA">
      <w:r>
        <w:t>5.23. Инди</w:t>
      </w:r>
      <w:r>
        <w:t>видуальный предприниматель Автоэксперт может оказывать расширенные услуги сопровождения сделки только при наличии соответствующих условий в отдельном договоре с Заказчиком, доверенности или иных документов, необходимых для законного совершения таких действ</w:t>
      </w:r>
      <w:r>
        <w:t>ий. При этом ВРУМ не становится стороной сделки купли-продажи автомобиля.</w:t>
      </w:r>
    </w:p>
    <w:p w14:paraId="2D92C855" w14:textId="77777777" w:rsidR="00E04250" w:rsidRDefault="00ED2AFA">
      <w:r>
        <w:t>5.24. Автоэксперт обязан загружать обязательный отчёт по каждой Заявке, включая фото автомобиля, VIN при наличии доступа, государственный регистрационный знак при наличии, фото выявл</w:t>
      </w:r>
      <w:r>
        <w:t>енных дефектов, результаты проверки лакокрасочного покрытия, результаты диагностики при её проведении, комментарии и итоговые рекомендации.</w:t>
      </w:r>
    </w:p>
    <w:p w14:paraId="731C29F6" w14:textId="77777777" w:rsidR="00E04250" w:rsidRDefault="00ED2AFA">
      <w:r>
        <w:lastRenderedPageBreak/>
        <w:t>5.25. Автоэксперт несёт ответственность перед Заказчиком за достоверность фактически проведённого осмотра, полноту у</w:t>
      </w:r>
      <w:r>
        <w:t>казанной в отчёте информации, качество консультации и соответствие отчёта фактически выполненным действиям.</w:t>
      </w:r>
    </w:p>
    <w:p w14:paraId="1A82AE57" w14:textId="77777777" w:rsidR="00E04250" w:rsidRDefault="00ED2AFA">
      <w:r>
        <w:t>5.26. Автоэксперт не гарантирует отсутствие скрытых дефектов, юридических ограничений, залогов, розыска, запретов регистрационных действий, скрученн</w:t>
      </w:r>
      <w:r>
        <w:t>ого пробега, последствий ДТП, технических неисправностей, которые не могли быть выявлены при обычном осмотре и доступной диагностике.</w:t>
      </w:r>
    </w:p>
    <w:p w14:paraId="22670FB5" w14:textId="77777777" w:rsidR="00E04250" w:rsidRDefault="00ED2AFA">
      <w:r>
        <w:t>5.27. Услуги Автоэксперта не являются судебной экспертизой, экспертным исследованием в процессуальном смысле, оценочной де</w:t>
      </w:r>
      <w:r>
        <w:t>ятельностью, гарантией юридической чистоты автомобиля, гарантией исправности автомобиля или поручительством за продавца.</w:t>
      </w:r>
    </w:p>
    <w:p w14:paraId="66D24CE5" w14:textId="77777777" w:rsidR="00E04250" w:rsidRDefault="00ED2AFA">
      <w:r>
        <w:t xml:space="preserve">5.28. Выплата Автоэксперту осуществляется после загрузки обязательного отчёта, завершения Заявки и отсутствия обстоятельств, требующих </w:t>
      </w:r>
      <w:r>
        <w:t>модерации или заморозки выплаты.</w:t>
      </w:r>
    </w:p>
    <w:p w14:paraId="2CDCEB99" w14:textId="77777777" w:rsidR="00E04250" w:rsidRDefault="00ED2AFA">
      <w:pPr>
        <w:pStyle w:val="SectionHeading"/>
      </w:pPr>
      <w:r>
        <w:t>6. РЕГИСТРАЦИЯ, ПРОВЕРКА И ДОСТУП К ПЛАТФОРМЕ</w:t>
      </w:r>
    </w:p>
    <w:p w14:paraId="32471078" w14:textId="77777777" w:rsidR="00E04250" w:rsidRDefault="00ED2AFA">
      <w:pPr>
        <w:pStyle w:val="LegalBody"/>
      </w:pPr>
      <w:r>
        <w:t>6.1. Для подключения к Платформе Исполнитель предоставляет сведения и документы, запрашиваемые Платформой.</w:t>
      </w:r>
    </w:p>
    <w:p w14:paraId="6B4F94CC" w14:textId="77777777" w:rsidR="00E04250" w:rsidRDefault="00ED2AFA">
      <w:pPr>
        <w:pStyle w:val="LegalBody"/>
      </w:pPr>
      <w:r>
        <w:t>6.2. Исполнитель обязан предоставить достоверные сведения, включая:</w:t>
      </w:r>
    </w:p>
    <w:p w14:paraId="670C41B4" w14:textId="77777777" w:rsidR="00E04250" w:rsidRDefault="00ED2AFA">
      <w:pPr>
        <w:pStyle w:val="LegalBody"/>
      </w:pPr>
      <w:r>
        <w:t>6.</w:t>
      </w:r>
      <w:r>
        <w:t>2.1. наименование или ФИО;</w:t>
      </w:r>
    </w:p>
    <w:p w14:paraId="5C41904C" w14:textId="77777777" w:rsidR="00E04250" w:rsidRDefault="00ED2AFA">
      <w:pPr>
        <w:pStyle w:val="LegalBody"/>
      </w:pPr>
      <w:r>
        <w:t>6.2.2. ИНН;</w:t>
      </w:r>
    </w:p>
    <w:p w14:paraId="5A49A1C1" w14:textId="77777777" w:rsidR="00E04250" w:rsidRDefault="00ED2AFA">
      <w:pPr>
        <w:pStyle w:val="LegalBody"/>
      </w:pPr>
      <w:r>
        <w:t>6.2.3. ОГРН или ОГРНИП, если применимо;</w:t>
      </w:r>
    </w:p>
    <w:p w14:paraId="55CF4367" w14:textId="77777777" w:rsidR="00E04250" w:rsidRDefault="00ED2AFA">
      <w:pPr>
        <w:pStyle w:val="LegalBody"/>
      </w:pPr>
      <w:r>
        <w:t>6.2.4. адрес места деятельности;</w:t>
      </w:r>
    </w:p>
    <w:p w14:paraId="0B599B8A" w14:textId="77777777" w:rsidR="00E04250" w:rsidRDefault="00ED2AFA">
      <w:pPr>
        <w:pStyle w:val="LegalBody"/>
      </w:pPr>
      <w:r>
        <w:t>6.2.5. контактный телефон;</w:t>
      </w:r>
    </w:p>
    <w:p w14:paraId="07B0BDCD" w14:textId="77777777" w:rsidR="00E04250" w:rsidRDefault="00ED2AFA">
      <w:pPr>
        <w:pStyle w:val="LegalBody"/>
      </w:pPr>
      <w:r>
        <w:t>6.2.6. email;</w:t>
      </w:r>
    </w:p>
    <w:p w14:paraId="226E0B96" w14:textId="77777777" w:rsidR="00E04250" w:rsidRDefault="00ED2AFA">
      <w:pPr>
        <w:pStyle w:val="LegalBody"/>
      </w:pPr>
      <w:r>
        <w:t>6.2.7. банковские реквизиты;</w:t>
      </w:r>
    </w:p>
    <w:p w14:paraId="72BF301D" w14:textId="77777777" w:rsidR="00E04250" w:rsidRDefault="00ED2AFA">
      <w:pPr>
        <w:pStyle w:val="LegalBody"/>
      </w:pPr>
      <w:r>
        <w:t>6.2.8. систему налогообложения;</w:t>
      </w:r>
    </w:p>
    <w:p w14:paraId="2BA5B256" w14:textId="77777777" w:rsidR="00E04250" w:rsidRDefault="00ED2AFA">
      <w:pPr>
        <w:pStyle w:val="LegalBody"/>
      </w:pPr>
      <w:r>
        <w:t>6.2.9. перечень оказываемых услуг;</w:t>
      </w:r>
    </w:p>
    <w:p w14:paraId="0EB75301" w14:textId="77777777" w:rsidR="00E04250" w:rsidRDefault="00ED2AFA">
      <w:pPr>
        <w:pStyle w:val="LegalBody"/>
      </w:pPr>
      <w:r>
        <w:t>6.2.10.</w:t>
      </w:r>
      <w:r>
        <w:t xml:space="preserve"> график работы;</w:t>
      </w:r>
    </w:p>
    <w:p w14:paraId="29F804F6" w14:textId="77777777" w:rsidR="00E04250" w:rsidRDefault="00ED2AFA">
      <w:pPr>
        <w:pStyle w:val="LegalBody"/>
      </w:pPr>
      <w:r>
        <w:t>6.2.11. фото помещения, транспорта, оборудования или иные материалы, если они требуются Платформой.</w:t>
      </w:r>
    </w:p>
    <w:p w14:paraId="2AE322AA" w14:textId="77777777" w:rsidR="00E04250" w:rsidRDefault="00ED2AFA">
      <w:pPr>
        <w:pStyle w:val="LegalBody"/>
      </w:pPr>
      <w:r>
        <w:t>6.3. Самозанятый Исполнитель обязан подтвердить статус плательщика налога на профессиональный доход и поддерживать такой статус в течение вс</w:t>
      </w:r>
      <w:r>
        <w:t>его периода работы с Платформой.</w:t>
      </w:r>
    </w:p>
    <w:p w14:paraId="66B5B0AB" w14:textId="77777777" w:rsidR="00E04250" w:rsidRDefault="00ED2AFA">
      <w:pPr>
        <w:pStyle w:val="LegalBody"/>
      </w:pPr>
      <w:r>
        <w:t>6.4. Платформа вправе проверять ИНН, ОГРН, ОГРНИП, статус самозанятого, адрес, сведения о деятельности, отзывы, документы и иные данные Исполнителя.</w:t>
      </w:r>
    </w:p>
    <w:p w14:paraId="634772F3" w14:textId="77777777" w:rsidR="00E04250" w:rsidRDefault="00ED2AFA">
      <w:pPr>
        <w:pStyle w:val="LegalBody"/>
      </w:pPr>
      <w:r>
        <w:t xml:space="preserve">6.5. Платформа вправе отказать в подключении, ограничить </w:t>
      </w:r>
      <w:r>
        <w:t>функционал или отключить Исполнителя без обязанности заключать договор с каждым обратившимся лицом.</w:t>
      </w:r>
    </w:p>
    <w:p w14:paraId="4711C485" w14:textId="77777777" w:rsidR="00E04250" w:rsidRDefault="00ED2AFA">
      <w:pPr>
        <w:pStyle w:val="LegalBody"/>
      </w:pPr>
      <w:r>
        <w:t>6.6. Платформа вправе устанавливать статус «Проверенное СТО», «Проверенный мастер», «Проверенный автоэксперт», «Партнёр» или иной статус качества, а также и</w:t>
      </w:r>
      <w:r>
        <w:t>зменять или отзывать такой статус.</w:t>
      </w:r>
    </w:p>
    <w:p w14:paraId="0FACFFE8" w14:textId="77777777" w:rsidR="00E04250" w:rsidRDefault="00ED2AFA">
      <w:r>
        <w:t>6.7. Допуск Исполнителя к определённой категории услуг не означает автоматический допуск к другим категориям услуг. Платформа вправе отдельно согласовывать доступ к ремонту, выездным услугам, эвакуации, автоподбору, прове</w:t>
      </w:r>
      <w:r>
        <w:t>рке в СТО перед покупкой и цифровым сервисам.</w:t>
      </w:r>
    </w:p>
    <w:p w14:paraId="7AE215BC" w14:textId="77777777" w:rsidR="00E04250" w:rsidRDefault="00ED2AFA">
      <w:pPr>
        <w:pStyle w:val="SectionHeading"/>
      </w:pPr>
      <w:r>
        <w:lastRenderedPageBreak/>
        <w:t>7. ОБЯЗАННОСТИ ИСПОЛНИТЕЛЯ</w:t>
      </w:r>
    </w:p>
    <w:p w14:paraId="4E68BED0" w14:textId="77777777" w:rsidR="00E04250" w:rsidRDefault="00ED2AFA">
      <w:pPr>
        <w:pStyle w:val="LegalBody"/>
      </w:pPr>
      <w:r>
        <w:t>7.1. Исполнитель обязан:</w:t>
      </w:r>
    </w:p>
    <w:p w14:paraId="236D1299" w14:textId="77777777" w:rsidR="00E04250" w:rsidRDefault="00ED2AFA">
      <w:pPr>
        <w:pStyle w:val="LegalBody"/>
      </w:pPr>
      <w:r>
        <w:t>7.1.1. предоставлять достоверные сведения о себе, адресе, режиме работы, телефонах, услугах, ценах, наличии оборудования, квалификации, гарантиях и иных услов</w:t>
      </w:r>
      <w:r>
        <w:t>иях обслуживания;</w:t>
      </w:r>
    </w:p>
    <w:p w14:paraId="2A6F33AD" w14:textId="77777777" w:rsidR="00E04250" w:rsidRDefault="00ED2AFA">
      <w:pPr>
        <w:pStyle w:val="LegalBody"/>
      </w:pPr>
      <w:r>
        <w:t>7.1.2. своевременно обновлять сведения в личном кабинете;</w:t>
      </w:r>
    </w:p>
    <w:p w14:paraId="071E4141" w14:textId="77777777" w:rsidR="00E04250" w:rsidRDefault="00ED2AFA">
      <w:pPr>
        <w:pStyle w:val="LegalBody"/>
      </w:pPr>
      <w:r>
        <w:t>7.1.3. оказывать услуги качественно, безопасно, в согласованные сроки и в соответствии с требованиями законодательства;</w:t>
      </w:r>
    </w:p>
    <w:p w14:paraId="2EBA0014" w14:textId="77777777" w:rsidR="00E04250" w:rsidRDefault="00ED2AFA">
      <w:pPr>
        <w:pStyle w:val="LegalBody"/>
      </w:pPr>
      <w:r>
        <w:t xml:space="preserve">7.1.4. самостоятельно урегулировать претензии Заказчиков по </w:t>
      </w:r>
      <w:r>
        <w:t>качеству, срокам, повреждению автомобиля, возвратам, недостаткам работ, отчётам, консультациям и иным вопросам фактического оказания услуг;</w:t>
      </w:r>
    </w:p>
    <w:p w14:paraId="30A1D236" w14:textId="77777777" w:rsidR="00E04250" w:rsidRDefault="00ED2AFA">
      <w:pPr>
        <w:pStyle w:val="LegalBody"/>
      </w:pPr>
      <w:r>
        <w:t>7.1.5. иметь необходимые права, оборудование, работников, квалификацию, разрешения, допуски, транспорт и иные ресурс</w:t>
      </w:r>
      <w:r>
        <w:t>ы для оказания заявленных услуг;</w:t>
      </w:r>
    </w:p>
    <w:p w14:paraId="4B0A3E61" w14:textId="77777777" w:rsidR="00E04250" w:rsidRDefault="00ED2AFA">
      <w:pPr>
        <w:pStyle w:val="LegalBody"/>
      </w:pPr>
      <w:r>
        <w:t>7.1.6. не размещать недостоверные сведения, завышенные цены, фиктивные акции, ложные гарантии или вводящую в заблуждение информацию;</w:t>
      </w:r>
    </w:p>
    <w:p w14:paraId="6307E421" w14:textId="77777777" w:rsidR="00E04250" w:rsidRDefault="00ED2AFA">
      <w:pPr>
        <w:pStyle w:val="LegalBody"/>
      </w:pPr>
      <w:r>
        <w:t>7.1.7. соблюдать стандарты Платформы по обработке Заявок;</w:t>
      </w:r>
    </w:p>
    <w:p w14:paraId="40C7BE79" w14:textId="77777777" w:rsidR="00E04250" w:rsidRDefault="00ED2AFA">
      <w:pPr>
        <w:pStyle w:val="LegalBody"/>
      </w:pPr>
      <w:r>
        <w:t>7.1.8. не обходить Платформу и н</w:t>
      </w:r>
      <w:r>
        <w:t>е переводить Заказчиков на прямые расчёты в нарушение настоящего договора;</w:t>
      </w:r>
    </w:p>
    <w:p w14:paraId="49E304CB" w14:textId="77777777" w:rsidR="00E04250" w:rsidRDefault="00ED2AFA">
      <w:pPr>
        <w:pStyle w:val="LegalBody"/>
      </w:pPr>
      <w:r>
        <w:t>7.1.9. вести коммуникацию с Заказчиками корректно и профессионально;</w:t>
      </w:r>
    </w:p>
    <w:p w14:paraId="253BBB9C" w14:textId="77777777" w:rsidR="00E04250" w:rsidRDefault="00ED2AFA">
      <w:pPr>
        <w:pStyle w:val="LegalBody"/>
      </w:pPr>
      <w:r>
        <w:t xml:space="preserve">7.1.10. обязательно загружать фотоотчёты по каждой Заявке, если Заявка связана с фактическим выполнением работ, </w:t>
      </w:r>
      <w:r>
        <w:t>выездной помощью, ремонтом, диагностикой, шиномонтажом, эвакуацией, автоподбором, проверкой в СТО перед покупкой или иной услугой, результат которой может быть визуально зафиксирован;</w:t>
      </w:r>
    </w:p>
    <w:p w14:paraId="7F991DAB" w14:textId="77777777" w:rsidR="00E04250" w:rsidRDefault="00ED2AFA">
      <w:pPr>
        <w:pStyle w:val="LegalBody"/>
      </w:pPr>
      <w:r>
        <w:t>7.1.11. предоставлять акты, заказ-наряды, отчёты автоподбора, отчёты про</w:t>
      </w:r>
      <w:r>
        <w:t>верки в СТО, чеки, счета, документы и иные подтверждения оказания услуг, если это предусмотрено Платформой, законодательством или необходимо для разрешения спора;</w:t>
      </w:r>
    </w:p>
    <w:p w14:paraId="30142CB2" w14:textId="77777777" w:rsidR="00E04250" w:rsidRDefault="00ED2AFA">
      <w:pPr>
        <w:pStyle w:val="LegalBody"/>
      </w:pPr>
      <w:r>
        <w:t>7.1.12. соблюдать требования законодательства о персональных данных;</w:t>
      </w:r>
    </w:p>
    <w:p w14:paraId="11038102" w14:textId="77777777" w:rsidR="00E04250" w:rsidRDefault="00ED2AFA">
      <w:pPr>
        <w:pStyle w:val="LegalBody"/>
      </w:pPr>
      <w:r>
        <w:t>7.1.13. соблюдать налого</w:t>
      </w:r>
      <w:r>
        <w:t>вое законодательство и самостоятельно исполнять свои налоговые обязанности;</w:t>
      </w:r>
    </w:p>
    <w:p w14:paraId="4E78E31F" w14:textId="77777777" w:rsidR="00E04250" w:rsidRDefault="00ED2AFA">
      <w:pPr>
        <w:pStyle w:val="LegalBody"/>
      </w:pPr>
      <w:r>
        <w:t>7.1.14. не совершать действий, способных причинить ущерб деловой репутации Платформы;</w:t>
      </w:r>
    </w:p>
    <w:p w14:paraId="0EADFB59" w14:textId="77777777" w:rsidR="00E04250" w:rsidRDefault="00ED2AFA">
      <w:r>
        <w:t>7.1.15. не использовать сведения из цифрового гаража, истории автомобиля, документов или отчёт</w:t>
      </w:r>
      <w:r>
        <w:t>ов Заказчика вне целей выполнения конкретной Заявки;</w:t>
      </w:r>
    </w:p>
    <w:p w14:paraId="43904C10" w14:textId="77777777" w:rsidR="00E04250" w:rsidRDefault="00ED2AFA">
      <w:r>
        <w:t>7.1.16. не обещать Заказчику гарантий от имени ВРУМ, если такие гарантии прямо не предусмотрены Платформой.</w:t>
      </w:r>
    </w:p>
    <w:p w14:paraId="11C2EDA3" w14:textId="77777777" w:rsidR="00E04250" w:rsidRDefault="00ED2AFA">
      <w:pPr>
        <w:pStyle w:val="SectionHeading"/>
      </w:pPr>
      <w:r>
        <w:t>8. ИНФОРМАЦИЯ ДЛЯ ЗАКАЗЧИКОВ И ОТВЕТСТВЕННОСТЬ ЗА НЕЁ</w:t>
      </w:r>
    </w:p>
    <w:p w14:paraId="7E23484C" w14:textId="77777777" w:rsidR="00E04250" w:rsidRDefault="00ED2AFA">
      <w:pPr>
        <w:pStyle w:val="LegalBody"/>
      </w:pPr>
      <w:r>
        <w:t xml:space="preserve">8.1. Исполнитель несёт полную </w:t>
      </w:r>
      <w:r>
        <w:t>ответственность за достоверность информации, размещаемой в Платформе, включая:</w:t>
      </w:r>
    </w:p>
    <w:p w14:paraId="2A9993C1" w14:textId="77777777" w:rsidR="00E04250" w:rsidRDefault="00ED2AFA">
      <w:pPr>
        <w:pStyle w:val="LegalBody"/>
      </w:pPr>
      <w:r>
        <w:t>8.1.1. наименование;</w:t>
      </w:r>
    </w:p>
    <w:p w14:paraId="60C62E99" w14:textId="77777777" w:rsidR="00E04250" w:rsidRDefault="00ED2AFA">
      <w:pPr>
        <w:pStyle w:val="LegalBody"/>
      </w:pPr>
      <w:r>
        <w:t>8.1.2. ИНН, ОГРН/ОГРНИП;</w:t>
      </w:r>
    </w:p>
    <w:p w14:paraId="2DF69B78" w14:textId="77777777" w:rsidR="00E04250" w:rsidRDefault="00ED2AFA">
      <w:pPr>
        <w:pStyle w:val="LegalBody"/>
      </w:pPr>
      <w:r>
        <w:t>8.1.3. адрес;</w:t>
      </w:r>
    </w:p>
    <w:p w14:paraId="68B7160B" w14:textId="77777777" w:rsidR="00E04250" w:rsidRDefault="00ED2AFA">
      <w:pPr>
        <w:pStyle w:val="LegalBody"/>
      </w:pPr>
      <w:r>
        <w:t>8.1.4. режим работы;</w:t>
      </w:r>
    </w:p>
    <w:p w14:paraId="52D5A0D3" w14:textId="77777777" w:rsidR="00E04250" w:rsidRDefault="00ED2AFA">
      <w:pPr>
        <w:pStyle w:val="LegalBody"/>
      </w:pPr>
      <w:r>
        <w:t>8.1.5. контактные данные;</w:t>
      </w:r>
    </w:p>
    <w:p w14:paraId="6887B004" w14:textId="77777777" w:rsidR="00E04250" w:rsidRDefault="00ED2AFA">
      <w:pPr>
        <w:pStyle w:val="LegalBody"/>
      </w:pPr>
      <w:r>
        <w:lastRenderedPageBreak/>
        <w:t>8.1.6. виды услуг;</w:t>
      </w:r>
    </w:p>
    <w:p w14:paraId="387882D6" w14:textId="77777777" w:rsidR="00E04250" w:rsidRDefault="00ED2AFA">
      <w:pPr>
        <w:pStyle w:val="LegalBody"/>
      </w:pPr>
      <w:r>
        <w:t>8.1.7. цены и условия оплаты;</w:t>
      </w:r>
    </w:p>
    <w:p w14:paraId="02402F7A" w14:textId="77777777" w:rsidR="00E04250" w:rsidRDefault="00ED2AFA">
      <w:pPr>
        <w:pStyle w:val="LegalBody"/>
      </w:pPr>
      <w:r>
        <w:t xml:space="preserve">8.1.8. сроки </w:t>
      </w:r>
      <w:r>
        <w:t>оказания услуг;</w:t>
      </w:r>
    </w:p>
    <w:p w14:paraId="736A05BA" w14:textId="77777777" w:rsidR="00E04250" w:rsidRDefault="00ED2AFA">
      <w:pPr>
        <w:pStyle w:val="LegalBody"/>
      </w:pPr>
      <w:r>
        <w:t>8.1.9. гарантии;</w:t>
      </w:r>
    </w:p>
    <w:p w14:paraId="456AA96F" w14:textId="77777777" w:rsidR="00E04250" w:rsidRDefault="00ED2AFA">
      <w:pPr>
        <w:pStyle w:val="LegalBody"/>
      </w:pPr>
      <w:r>
        <w:t>8.1.10. ограничения по видам автомобилей и работ;</w:t>
      </w:r>
    </w:p>
    <w:p w14:paraId="27F2D148" w14:textId="77777777" w:rsidR="00E04250" w:rsidRDefault="00ED2AFA">
      <w:pPr>
        <w:pStyle w:val="LegalBody"/>
      </w:pPr>
      <w:r>
        <w:t>8.1.11. сведения о наличии выездных услуг, автоподбора, проверки автомобиля в СТО перед покупкой или иных специальных услуг.</w:t>
      </w:r>
    </w:p>
    <w:p w14:paraId="29537559" w14:textId="77777777" w:rsidR="00E04250" w:rsidRDefault="00ED2AFA">
      <w:pPr>
        <w:pStyle w:val="LegalBody"/>
      </w:pPr>
      <w:r>
        <w:t>8.2. Исполнитель обязан незамедлительно, но в лю</w:t>
      </w:r>
      <w:r>
        <w:t>бом случае не позднее одного рабочего дня, уведомить Платформу об изменении сведений, имеющих значение для Заказчиков.</w:t>
      </w:r>
    </w:p>
    <w:p w14:paraId="01C9A809" w14:textId="77777777" w:rsidR="00E04250" w:rsidRDefault="00ED2AFA">
      <w:pPr>
        <w:pStyle w:val="LegalBody"/>
      </w:pPr>
      <w:r>
        <w:t>8.3. Если ВРУМ понесёт расходы, убытки, штрафы, возвраты или иные потери из-за недостоверной информации Исполнителя, Исполнитель обязан в</w:t>
      </w:r>
      <w:r>
        <w:t>озместить их в полном объёме.</w:t>
      </w:r>
    </w:p>
    <w:p w14:paraId="3040066F" w14:textId="77777777" w:rsidR="00E04250" w:rsidRDefault="00ED2AFA">
      <w:pPr>
        <w:pStyle w:val="LegalBody"/>
      </w:pPr>
      <w:r>
        <w:t>8.4. Исполнитель признаёт, что именно он является исполнителем услуг перед Заказчиком и обязан предоставлять Заказчику необходимую и достоверную информацию об услугах.</w:t>
      </w:r>
    </w:p>
    <w:p w14:paraId="2343ADC4" w14:textId="77777777" w:rsidR="00E04250" w:rsidRDefault="00ED2AFA">
      <w:r>
        <w:t>8.5. Исполнитель обязан отдельно информировать Заказчика о</w:t>
      </w:r>
      <w:r>
        <w:t xml:space="preserve"> границах автоподбора, проверки автомобиля перед покупкой, диагностики и осмотра, включая то, что такие услуги не гарантируют отсутствие скрытых дефектов, ограничений и неисправностей, которые невозможно выявить доступными методами проверки.</w:t>
      </w:r>
    </w:p>
    <w:p w14:paraId="766DEFB9" w14:textId="77777777" w:rsidR="00E04250" w:rsidRDefault="00ED2AFA">
      <w:pPr>
        <w:pStyle w:val="SectionHeading"/>
      </w:pPr>
      <w:r>
        <w:t>9. ЛИДЫ, ТЕСТО</w:t>
      </w:r>
      <w:r>
        <w:t>ВЫЙ ПЕРИОД И ПОРЯДОК ОПЛАТЫ</w:t>
      </w:r>
    </w:p>
    <w:p w14:paraId="72927CE5" w14:textId="77777777" w:rsidR="00E04250" w:rsidRDefault="00ED2AFA">
      <w:pPr>
        <w:pStyle w:val="LegalBody"/>
      </w:pPr>
      <w:r>
        <w:t>9.1. Подключение Исполнителя к Платформе осуществляется бесплатно, если иное не установлено действующими Тарифами.</w:t>
      </w:r>
    </w:p>
    <w:p w14:paraId="78CE6495" w14:textId="77777777" w:rsidR="00E04250" w:rsidRDefault="00ED2AFA">
      <w:pPr>
        <w:pStyle w:val="LegalBody"/>
      </w:pPr>
      <w:r>
        <w:t>9.2. Платформа предоставляет Исполнителю тестовый период, в рамках которого первые 3 Лида предоставляются Исполни</w:t>
      </w:r>
      <w:r>
        <w:t>телю бесплатно, если иное не предусмотрено индивидуальными условиями, акцией или специальным предложением Платформы.</w:t>
      </w:r>
    </w:p>
    <w:p w14:paraId="20F5B106" w14:textId="77777777" w:rsidR="00E04250" w:rsidRDefault="00ED2AFA">
      <w:pPr>
        <w:pStyle w:val="LegalBody"/>
      </w:pPr>
      <w:r>
        <w:t>9.3. После использования 3 бесплатных Лидов Исполнитель получает уведомление о завершении тестового периода.</w:t>
      </w:r>
    </w:p>
    <w:p w14:paraId="0C9507A1" w14:textId="77777777" w:rsidR="00E04250" w:rsidRDefault="00ED2AFA">
      <w:pPr>
        <w:pStyle w:val="LegalBody"/>
      </w:pPr>
      <w:r>
        <w:t>9.4. Дальнейшее получение Лидо</w:t>
      </w:r>
      <w:r>
        <w:t>в осуществляется на платной основе при условии согласия Исполнителя с действующими Тарифами Платформы.</w:t>
      </w:r>
    </w:p>
    <w:p w14:paraId="4C5253CD" w14:textId="77777777" w:rsidR="00E04250" w:rsidRDefault="00ED2AFA">
      <w:pPr>
        <w:pStyle w:val="LegalBody"/>
      </w:pPr>
      <w:r>
        <w:t>9.5. Согласие Исполнителя на получение платных Лидов подтверждается путём нажатия кнопки «Согласен с тарифами», «Получать платные заявки», «Продолжить ра</w:t>
      </w:r>
      <w:r>
        <w:t>боту по тарифам» или иной аналогичной кнопки в личном кабинете.</w:t>
      </w:r>
    </w:p>
    <w:p w14:paraId="0D65AEAD" w14:textId="77777777" w:rsidR="00E04250" w:rsidRDefault="00ED2AFA">
      <w:pPr>
        <w:pStyle w:val="LegalBody"/>
      </w:pPr>
      <w:r>
        <w:t>9.6. До подтверждения согласия на получение платных Лидов Платформа вправе приостановить передачу Исполнителю новых платных Заявок.</w:t>
      </w:r>
    </w:p>
    <w:p w14:paraId="10EAD61A" w14:textId="77777777" w:rsidR="00E04250" w:rsidRDefault="00ED2AFA">
      <w:pPr>
        <w:pStyle w:val="LegalBody"/>
      </w:pPr>
      <w:r>
        <w:t>9.7. Лид считается подлежащим оплате, если Заказчик совершил</w:t>
      </w:r>
      <w:r>
        <w:t xml:space="preserve"> целевое действие, предусмотренное Платформой, включая направление Заявки, выбор Исполнителя, указание контактных данных, выбор услуги, бронирование времени, подтверждение телефона, согласование предварительной стоимости или иное действие, предусмотренное </w:t>
      </w:r>
      <w:r>
        <w:t>интерфейсом Платформы.</w:t>
      </w:r>
    </w:p>
    <w:p w14:paraId="1C246037" w14:textId="77777777" w:rsidR="00E04250" w:rsidRDefault="00ED2AFA">
      <w:pPr>
        <w:pStyle w:val="LegalBody"/>
      </w:pPr>
      <w:r>
        <w:t>9.8. Если Исполнитель считает Лид некачественным, он обязан заявить возражение через Платформу в течение 24 часов с момента получения Лида.</w:t>
      </w:r>
    </w:p>
    <w:p w14:paraId="3A8BDD5F" w14:textId="77777777" w:rsidR="00E04250" w:rsidRDefault="00ED2AFA">
      <w:pPr>
        <w:pStyle w:val="LegalBody"/>
      </w:pPr>
      <w:r>
        <w:t>9.9. К некачественным лидам могут относиться:</w:t>
      </w:r>
    </w:p>
    <w:p w14:paraId="22B8529D" w14:textId="77777777" w:rsidR="00E04250" w:rsidRDefault="00ED2AFA">
      <w:pPr>
        <w:pStyle w:val="LegalBody"/>
      </w:pPr>
      <w:r>
        <w:t>9.9.1. несуществующий номер телефона;</w:t>
      </w:r>
    </w:p>
    <w:p w14:paraId="1446275B" w14:textId="77777777" w:rsidR="00E04250" w:rsidRDefault="00ED2AFA">
      <w:pPr>
        <w:pStyle w:val="LegalBody"/>
      </w:pPr>
      <w:r>
        <w:t>9.9.2. яв</w:t>
      </w:r>
      <w:r>
        <w:t>ная ошибка в данных;</w:t>
      </w:r>
    </w:p>
    <w:p w14:paraId="62608B20" w14:textId="77777777" w:rsidR="00E04250" w:rsidRDefault="00ED2AFA">
      <w:pPr>
        <w:pStyle w:val="LegalBody"/>
      </w:pPr>
      <w:r>
        <w:lastRenderedPageBreak/>
        <w:t>9.9.3. дубль ранее переданной Заявки;</w:t>
      </w:r>
    </w:p>
    <w:p w14:paraId="2CC625E4" w14:textId="77777777" w:rsidR="00E04250" w:rsidRDefault="00ED2AFA">
      <w:pPr>
        <w:pStyle w:val="LegalBody"/>
      </w:pPr>
      <w:r>
        <w:t>9.9.4. обращение не по профилю Исполнителя, если профиль Исполнителя был корректно заполнен;</w:t>
      </w:r>
    </w:p>
    <w:p w14:paraId="48A85872" w14:textId="77777777" w:rsidR="00E04250" w:rsidRDefault="00ED2AFA">
      <w:pPr>
        <w:pStyle w:val="LegalBody"/>
      </w:pPr>
      <w:r>
        <w:t>9.9.5. технический сбой Платформы.</w:t>
      </w:r>
    </w:p>
    <w:p w14:paraId="7D55E53A" w14:textId="77777777" w:rsidR="00E04250" w:rsidRDefault="00ED2AFA">
      <w:pPr>
        <w:pStyle w:val="LegalBody"/>
      </w:pPr>
      <w:r>
        <w:t>9.10. Не признаются некачественными лидами случаи, когда Заказчик пер</w:t>
      </w:r>
      <w:r>
        <w:t>едумал, отказался от ремонта, не согласился с ценой Исполнителя, выбрал другое СТО, не приехал в назначенное время, отказался от проверки автомобиля, отказался от автоподбора или не заключил договор с Исполнителем по причинам, не связанным с технической ош</w:t>
      </w:r>
      <w:r>
        <w:t>ибкой Платформы.</w:t>
      </w:r>
    </w:p>
    <w:p w14:paraId="6347DDC6" w14:textId="77777777" w:rsidR="00E04250" w:rsidRDefault="00ED2AFA">
      <w:pPr>
        <w:pStyle w:val="LegalBody"/>
      </w:pPr>
      <w:r>
        <w:t>9.11. Платформа вправе самостоятельно определять качество Лида на основании технических данных, переписки, записи звонков, статусов, действий Заказчика и Исполнителя.</w:t>
      </w:r>
    </w:p>
    <w:p w14:paraId="5713F0EF" w14:textId="77777777" w:rsidR="00E04250" w:rsidRDefault="00ED2AFA">
      <w:pPr>
        <w:pStyle w:val="SectionHeading"/>
      </w:pPr>
      <w:r>
        <w:t>10. ТАРИФЫ, ВОЗНАГРАЖДЕНИЕ ПЛАТФОРМЫ И ПОРЯДОК ИХ ИЗМЕНЕНИЯ</w:t>
      </w:r>
    </w:p>
    <w:p w14:paraId="330EF244" w14:textId="77777777" w:rsidR="00E04250" w:rsidRDefault="00ED2AFA">
      <w:pPr>
        <w:pStyle w:val="LegalBody"/>
      </w:pPr>
      <w:r>
        <w:t>10.1. За исп</w:t>
      </w:r>
      <w:r>
        <w:t>ользование Платформы Исполнитель уплачивает Платформе вознаграждение в порядке и размере, установленных настоящей офертой, Тарифами Платформы, личным кабинетом Исполнителя, счётом, уведомлением, условиями акции, специальным предложением или иным электронны</w:t>
      </w:r>
      <w:r>
        <w:t>м документом Платформы.</w:t>
      </w:r>
    </w:p>
    <w:p w14:paraId="5F70F4B1" w14:textId="77777777" w:rsidR="00E04250" w:rsidRDefault="00ED2AFA">
      <w:pPr>
        <w:pStyle w:val="LegalBody"/>
      </w:pPr>
      <w:r>
        <w:t>10.2. Вознаграждение Платформы может включать:</w:t>
      </w:r>
    </w:p>
    <w:p w14:paraId="0B6809EA" w14:textId="77777777" w:rsidR="00E04250" w:rsidRDefault="00ED2AFA">
      <w:pPr>
        <w:pStyle w:val="LegalBody"/>
      </w:pPr>
      <w:r>
        <w:t>10.2.1. плату за Лид;</w:t>
      </w:r>
    </w:p>
    <w:p w14:paraId="315100CB" w14:textId="77777777" w:rsidR="00E04250" w:rsidRDefault="00ED2AFA">
      <w:pPr>
        <w:pStyle w:val="LegalBody"/>
      </w:pPr>
      <w:r>
        <w:t>10.2.2. плату за Подтверждённый лид;</w:t>
      </w:r>
    </w:p>
    <w:p w14:paraId="0B983AB9" w14:textId="77777777" w:rsidR="00E04250" w:rsidRDefault="00ED2AFA">
      <w:pPr>
        <w:pStyle w:val="LegalBody"/>
      </w:pPr>
      <w:r>
        <w:t>10.2.3. комиссию с выполненного Заказа;</w:t>
      </w:r>
    </w:p>
    <w:p w14:paraId="6A118FEA" w14:textId="77777777" w:rsidR="00E04250" w:rsidRDefault="00ED2AFA">
      <w:pPr>
        <w:pStyle w:val="LegalBody"/>
      </w:pPr>
      <w:r>
        <w:t>10.2.4. абонентскую плату;</w:t>
      </w:r>
    </w:p>
    <w:p w14:paraId="3ECAF380" w14:textId="77777777" w:rsidR="00E04250" w:rsidRDefault="00ED2AFA">
      <w:pPr>
        <w:pStyle w:val="LegalBody"/>
      </w:pPr>
      <w:r>
        <w:t xml:space="preserve">10.2.5. абонентскую плату за цифровой гараж, </w:t>
      </w:r>
      <w:r>
        <w:t>корпоративный гараж или расширенные функции цифрового гаража;</w:t>
      </w:r>
    </w:p>
    <w:p w14:paraId="0AEC5A22" w14:textId="77777777" w:rsidR="00E04250" w:rsidRDefault="00ED2AFA">
      <w:pPr>
        <w:pStyle w:val="LegalBody"/>
      </w:pPr>
      <w:r>
        <w:t>10.2.6. плату за приоритетное размещение;</w:t>
      </w:r>
    </w:p>
    <w:p w14:paraId="284A7BA8" w14:textId="77777777" w:rsidR="00E04250" w:rsidRDefault="00ED2AFA">
      <w:pPr>
        <w:pStyle w:val="LegalBody"/>
      </w:pPr>
      <w:r>
        <w:t>10.2.7. плату за доступ к расширенному функционалу;</w:t>
      </w:r>
    </w:p>
    <w:p w14:paraId="4C76A370" w14:textId="77777777" w:rsidR="00E04250" w:rsidRDefault="00ED2AFA">
      <w:pPr>
        <w:pStyle w:val="LegalBody"/>
      </w:pPr>
      <w:r>
        <w:t>10.2.8. плату за корпоративные заявки;</w:t>
      </w:r>
    </w:p>
    <w:p w14:paraId="7E68DD7F" w14:textId="77777777" w:rsidR="00E04250" w:rsidRDefault="00ED2AFA">
      <w:pPr>
        <w:pStyle w:val="LegalBody"/>
      </w:pPr>
      <w:r>
        <w:t>10.2.9. плату за сезонные пакеты продвижения;</w:t>
      </w:r>
    </w:p>
    <w:p w14:paraId="18063ADD" w14:textId="77777777" w:rsidR="00E04250" w:rsidRDefault="00ED2AFA">
      <w:pPr>
        <w:pStyle w:val="LegalBody"/>
      </w:pPr>
      <w:r>
        <w:t xml:space="preserve">10.2.10. плату </w:t>
      </w:r>
      <w:r>
        <w:t>за использование дополнительных модулей Платформы;</w:t>
      </w:r>
    </w:p>
    <w:p w14:paraId="420CEF26" w14:textId="77777777" w:rsidR="00E04250" w:rsidRDefault="00ED2AFA">
      <w:r>
        <w:t>10.2.11. плату за Заявки на автоподбор, проверку автомобиля перед покупкой, проверку автомобиля в СТО перед покупкой и сопутствующие услуги;</w:t>
      </w:r>
    </w:p>
    <w:p w14:paraId="053F6DDC" w14:textId="77777777" w:rsidR="00E04250" w:rsidRDefault="00ED2AFA">
      <w:r>
        <w:t>10.2.12. иные платежи, предусмотренные Тарифами Платформы.</w:t>
      </w:r>
    </w:p>
    <w:p w14:paraId="6D66375C" w14:textId="77777777" w:rsidR="00E04250" w:rsidRDefault="00ED2AFA">
      <w:pPr>
        <w:pStyle w:val="LegalBody"/>
      </w:pPr>
      <w:r>
        <w:t>10.3.</w:t>
      </w:r>
      <w:r>
        <w:t xml:space="preserve"> В личном кабинете Исполнителя в разделе «Тарифы» Платформа размещает действующие условия оплаты услуг Платформы, включая стоимость Лидов, комиссий, подписок, абонентской платы за цифровой гараж, приоритетного размещения, бесплатных Лидов, сезонных тарифов</w:t>
      </w:r>
      <w:r>
        <w:t>, акций, специальных предложений и иных условий.</w:t>
      </w:r>
    </w:p>
    <w:p w14:paraId="0566A53C" w14:textId="77777777" w:rsidR="00E04250" w:rsidRDefault="00ED2AFA">
      <w:pPr>
        <w:pStyle w:val="LegalBody"/>
      </w:pPr>
      <w:r>
        <w:t xml:space="preserve">10.4. Тарифы, размещённые в разделе «Тарифы» личного кабинета Исполнителя и/или на сайте Платформы в разделе «Правовые документы» или «Тарифы», являются неотъемлемой частью настоящей оферты и </w:t>
      </w:r>
      <w:r>
        <w:t>обязательны для Исполнителя с момента их публикации либо с иной даты, указанной Платформой.</w:t>
      </w:r>
    </w:p>
    <w:p w14:paraId="4DDD95FC" w14:textId="77777777" w:rsidR="00E04250" w:rsidRDefault="00ED2AFA">
      <w:pPr>
        <w:pStyle w:val="LegalBody"/>
      </w:pPr>
      <w:r>
        <w:t>10.5. Перед началом платного периода, подключением платной функции или получением первого платного Лида Исполнитель должен иметь техническую возможность ознакомитьс</w:t>
      </w:r>
      <w:r>
        <w:t>я с действующими Тарифами в личном кабинете.</w:t>
      </w:r>
    </w:p>
    <w:p w14:paraId="48CFBE50" w14:textId="77777777" w:rsidR="00E04250" w:rsidRDefault="00ED2AFA">
      <w:pPr>
        <w:pStyle w:val="LegalBody"/>
      </w:pPr>
      <w:r>
        <w:lastRenderedPageBreak/>
        <w:t>10.6. После использования бесплатных Лидов Исполнитель должен подтвердить согласие на получение платных Лидов путём нажатия кнопки «Согласен с тарифами», «Получать платные заявки», «Продолжить работу по тарифам»</w:t>
      </w:r>
      <w:r>
        <w:t xml:space="preserve"> или иной аналогичной кнопки в личном кабинете.</w:t>
      </w:r>
    </w:p>
    <w:p w14:paraId="64C4CDC4" w14:textId="77777777" w:rsidR="00E04250" w:rsidRDefault="00ED2AFA">
      <w:pPr>
        <w:pStyle w:val="LegalBody"/>
      </w:pPr>
      <w:r>
        <w:t>10.7. До подтверждения согласия на получение платных Лидов Платформа вправе приостановить передачу Исполнителю новых платных Заявок.</w:t>
      </w:r>
    </w:p>
    <w:p w14:paraId="6D16B5B6" w14:textId="77777777" w:rsidR="00E04250" w:rsidRDefault="00ED2AFA">
      <w:pPr>
        <w:pStyle w:val="LegalBody"/>
      </w:pPr>
      <w:r>
        <w:t>10.8. Платформа вправе устанавливать разные Тарифы в зависимости от:</w:t>
      </w:r>
    </w:p>
    <w:p w14:paraId="1B45FB55" w14:textId="77777777" w:rsidR="00E04250" w:rsidRDefault="00ED2AFA">
      <w:pPr>
        <w:pStyle w:val="LegalBody"/>
      </w:pPr>
      <w:r>
        <w:t>10.8.1</w:t>
      </w:r>
      <w:r>
        <w:t>. города;</w:t>
      </w:r>
    </w:p>
    <w:p w14:paraId="66C7BB3A" w14:textId="77777777" w:rsidR="00E04250" w:rsidRDefault="00ED2AFA">
      <w:pPr>
        <w:pStyle w:val="LegalBody"/>
      </w:pPr>
      <w:r>
        <w:t>10.8.2. района;</w:t>
      </w:r>
    </w:p>
    <w:p w14:paraId="176687A0" w14:textId="77777777" w:rsidR="00E04250" w:rsidRDefault="00ED2AFA">
      <w:pPr>
        <w:pStyle w:val="LegalBody"/>
      </w:pPr>
      <w:r>
        <w:t>10.8.3. категории услуги;</w:t>
      </w:r>
    </w:p>
    <w:p w14:paraId="536DB9A6" w14:textId="77777777" w:rsidR="00E04250" w:rsidRDefault="00ED2AFA">
      <w:pPr>
        <w:pStyle w:val="LegalBody"/>
      </w:pPr>
      <w:r>
        <w:t>10.8.4. сезона;</w:t>
      </w:r>
    </w:p>
    <w:p w14:paraId="3377FBCF" w14:textId="77777777" w:rsidR="00E04250" w:rsidRDefault="00ED2AFA">
      <w:pPr>
        <w:pStyle w:val="LegalBody"/>
      </w:pPr>
      <w:r>
        <w:t>10.8.5. спроса;</w:t>
      </w:r>
    </w:p>
    <w:p w14:paraId="1D03FA42" w14:textId="77777777" w:rsidR="00E04250" w:rsidRDefault="00ED2AFA">
      <w:pPr>
        <w:pStyle w:val="LegalBody"/>
      </w:pPr>
      <w:r>
        <w:t>10.8.6. срочности Заявки;</w:t>
      </w:r>
    </w:p>
    <w:p w14:paraId="3CA48972" w14:textId="77777777" w:rsidR="00E04250" w:rsidRDefault="00ED2AFA">
      <w:pPr>
        <w:pStyle w:val="LegalBody"/>
      </w:pPr>
      <w:r>
        <w:t>10.8.7. времени суток;</w:t>
      </w:r>
    </w:p>
    <w:p w14:paraId="0F39C198" w14:textId="77777777" w:rsidR="00E04250" w:rsidRDefault="00ED2AFA">
      <w:pPr>
        <w:pStyle w:val="LegalBody"/>
      </w:pPr>
      <w:r>
        <w:t>10.8.8. дня недели;</w:t>
      </w:r>
    </w:p>
    <w:p w14:paraId="35C49C44" w14:textId="77777777" w:rsidR="00E04250" w:rsidRDefault="00ED2AFA">
      <w:pPr>
        <w:pStyle w:val="LegalBody"/>
      </w:pPr>
      <w:r>
        <w:t>10.8.9. погодных условий;</w:t>
      </w:r>
    </w:p>
    <w:p w14:paraId="52ABB172" w14:textId="77777777" w:rsidR="00E04250" w:rsidRDefault="00ED2AFA">
      <w:pPr>
        <w:pStyle w:val="LegalBody"/>
      </w:pPr>
      <w:r>
        <w:t>10.8.10. количества Заявок;</w:t>
      </w:r>
    </w:p>
    <w:p w14:paraId="1FC34CF7" w14:textId="77777777" w:rsidR="00E04250" w:rsidRDefault="00ED2AFA">
      <w:pPr>
        <w:pStyle w:val="LegalBody"/>
      </w:pPr>
      <w:r>
        <w:t>10.8.11. рейтинга Исполнителя;</w:t>
      </w:r>
    </w:p>
    <w:p w14:paraId="226C5E73" w14:textId="77777777" w:rsidR="00E04250" w:rsidRDefault="00ED2AFA">
      <w:pPr>
        <w:pStyle w:val="LegalBody"/>
      </w:pPr>
      <w:r>
        <w:t xml:space="preserve">10.8.12. </w:t>
      </w:r>
      <w:r>
        <w:t>статуса Исполнителя: юридическое лицо, индивидуальный предприниматель, самозанятый;</w:t>
      </w:r>
    </w:p>
    <w:p w14:paraId="32701687" w14:textId="77777777" w:rsidR="00E04250" w:rsidRDefault="00ED2AFA">
      <w:pPr>
        <w:pStyle w:val="LegalBody"/>
      </w:pPr>
      <w:r>
        <w:t>10.8.13. категории Исполнителя: СТО, Выездной мастер, Эвакуатор / Партнёр, Автоэксперт / специалист по автоподбору;</w:t>
      </w:r>
    </w:p>
    <w:p w14:paraId="111D0E17" w14:textId="77777777" w:rsidR="00E04250" w:rsidRDefault="00ED2AFA">
      <w:pPr>
        <w:pStyle w:val="LegalBody"/>
      </w:pPr>
      <w:r>
        <w:t>10.8.14. выбранного тарифа Исполнителя;</w:t>
      </w:r>
    </w:p>
    <w:p w14:paraId="22B2420D" w14:textId="77777777" w:rsidR="00E04250" w:rsidRDefault="00ED2AFA">
      <w:pPr>
        <w:pStyle w:val="LegalBody"/>
      </w:pPr>
      <w:r>
        <w:t>10.8.15. участия</w:t>
      </w:r>
      <w:r>
        <w:t xml:space="preserve"> Исполнителя в акции или специальном предложении;</w:t>
      </w:r>
    </w:p>
    <w:p w14:paraId="2B9CC151" w14:textId="77777777" w:rsidR="00E04250" w:rsidRDefault="00ED2AFA">
      <w:pPr>
        <w:pStyle w:val="LegalBody"/>
      </w:pPr>
      <w:r>
        <w:t>10.8.16. наличия у Исполнителя признака «Проверенное СТО», «Проверенный мастер», «Проверенный автоэксперт» или иного статуса качества;</w:t>
      </w:r>
    </w:p>
    <w:p w14:paraId="37B11D0A" w14:textId="77777777" w:rsidR="00E04250" w:rsidRDefault="00ED2AFA">
      <w:pPr>
        <w:pStyle w:val="LegalBody"/>
      </w:pPr>
      <w:r>
        <w:t>10.8.17. типа Заказчика: физическое лицо, юридическое лицо, ИП, автопар</w:t>
      </w:r>
      <w:r>
        <w:t>к, корпоративный клиент;</w:t>
      </w:r>
    </w:p>
    <w:p w14:paraId="20B3CF98" w14:textId="77777777" w:rsidR="00E04250" w:rsidRDefault="00ED2AFA">
      <w:pPr>
        <w:pStyle w:val="LegalBody"/>
      </w:pPr>
      <w:r>
        <w:t>10.8.18. категории услуги автоподбора, объёма проверки, необходимости выезда, срочности осмотра, количества проверяемых автомобилей, формата отчёта и статуса Исполнителя;</w:t>
      </w:r>
    </w:p>
    <w:p w14:paraId="2D2FAE38" w14:textId="77777777" w:rsidR="00E04250" w:rsidRDefault="00ED2AFA">
      <w:r>
        <w:t>10.8.19. типа доступа к цифровому гаражу: личный гараж, семе</w:t>
      </w:r>
      <w:r>
        <w:t>йный гараж, корпоративный гараж, гараж автопарка, расширенная аналитика, история обслуживания или иной пакет;</w:t>
      </w:r>
    </w:p>
    <w:p w14:paraId="193B766F" w14:textId="77777777" w:rsidR="00E04250" w:rsidRDefault="00ED2AFA">
      <w:r>
        <w:t>10.8.20. иных параметров, влияющих на стоимость привлечения Заказчика и оказания услуг Платформы.</w:t>
      </w:r>
    </w:p>
    <w:p w14:paraId="193B3CDE" w14:textId="77777777" w:rsidR="00E04250" w:rsidRDefault="00ED2AFA">
      <w:pPr>
        <w:pStyle w:val="LegalBody"/>
      </w:pPr>
      <w:r>
        <w:t>10.9. Платформа вправе вводить сезонные, временн</w:t>
      </w:r>
      <w:r>
        <w:t>ые, акционные, тестовые, индивидуальные и специальные Тарифы.</w:t>
      </w:r>
    </w:p>
    <w:p w14:paraId="109AE180" w14:textId="77777777" w:rsidR="00E04250" w:rsidRDefault="00ED2AFA">
      <w:pPr>
        <w:pStyle w:val="LegalBody"/>
      </w:pPr>
      <w:r>
        <w:t>10.10. Сезонные Тарифы могут применяться, в том числе, в периоды повышенного спроса на шиномонтаж, запуск аккумулятора, эвакуацию, диагностику перед поездками, проверку автомобиля перед покупкой</w:t>
      </w:r>
      <w:r>
        <w:t>, автоподбор, обслуживание кондиционеров и иные категории услуг.</w:t>
      </w:r>
    </w:p>
    <w:p w14:paraId="20C99E9A" w14:textId="77777777" w:rsidR="00E04250" w:rsidRDefault="00ED2AFA">
      <w:pPr>
        <w:pStyle w:val="LegalBody"/>
      </w:pPr>
      <w:r>
        <w:t>10.11. Платформа вправе изменять Тарифы в одностороннем порядке, если такие изменения применяются только к новым Заявкам, Лидам, периодам подписки, платным функциям и услугам Платформы, возни</w:t>
      </w:r>
      <w:r>
        <w:t>кшим после вступления изменений в силу.</w:t>
      </w:r>
    </w:p>
    <w:p w14:paraId="71D64F23" w14:textId="77777777" w:rsidR="00E04250" w:rsidRDefault="00ED2AFA">
      <w:pPr>
        <w:pStyle w:val="LegalBody"/>
      </w:pPr>
      <w:r>
        <w:t>10.12. Изменение Тарифов не применяется задним числом к уже полученным Исполнителем Заявкам и Лидам, если иное прямо не улучшает положение Исполнителя.</w:t>
      </w:r>
    </w:p>
    <w:p w14:paraId="45A6DFB6" w14:textId="77777777" w:rsidR="00E04250" w:rsidRDefault="00ED2AFA">
      <w:pPr>
        <w:pStyle w:val="LegalBody"/>
      </w:pPr>
      <w:r>
        <w:lastRenderedPageBreak/>
        <w:t>10.13. Платформа уведомляет Исполнителя об изменении Тарифов чер</w:t>
      </w:r>
      <w:r>
        <w:t>ез личный кабинет, мобильное приложение, email, SMS, push-уведомление, мессенджер или иной канал связи.</w:t>
      </w:r>
    </w:p>
    <w:p w14:paraId="2DE11578" w14:textId="77777777" w:rsidR="00E04250" w:rsidRDefault="00ED2AFA">
      <w:pPr>
        <w:pStyle w:val="LegalBody"/>
      </w:pPr>
      <w:r>
        <w:t>10.14. Уведомление об изменении Тарифов считается полученным Исполнителем с момента его размещения в личном кабинете или направления по контактным данны</w:t>
      </w:r>
      <w:r>
        <w:t>м Исполнителя, указанным при регистрации.</w:t>
      </w:r>
    </w:p>
    <w:p w14:paraId="2F0179F5" w14:textId="77777777" w:rsidR="00E04250" w:rsidRDefault="00ED2AFA">
      <w:pPr>
        <w:pStyle w:val="LegalBody"/>
      </w:pPr>
      <w:r>
        <w:t>10.15. Если Исполнитель не согласен с новым Тарифом, он вправе отключить получение новых Заявок, отказаться от платной функции или прекратить использование Платформы.</w:t>
      </w:r>
    </w:p>
    <w:p w14:paraId="66B06BEA" w14:textId="77777777" w:rsidR="00E04250" w:rsidRDefault="00ED2AFA">
      <w:pPr>
        <w:pStyle w:val="LegalBody"/>
      </w:pPr>
      <w:r>
        <w:t>10.16. Продолжение использования Платформы, при</w:t>
      </w:r>
      <w:r>
        <w:t>нятие новых Заявок, получение Лидов, подключение платных функций или сохранение активного тарифа после вступления изменений в силу означает согласие Исполнителя с изменёнными Тарифами.</w:t>
      </w:r>
    </w:p>
    <w:p w14:paraId="1928EDE4" w14:textId="77777777" w:rsidR="00E04250" w:rsidRDefault="00ED2AFA">
      <w:pPr>
        <w:pStyle w:val="LegalBody"/>
      </w:pPr>
      <w:r>
        <w:t>10.17. Платформа вправе предоставлять Исполнителю индивидуальные скидки</w:t>
      </w:r>
      <w:r>
        <w:t>, бесплатные периоды, бонусные Лиды, пониженные комиссии, отсрочки оплаты, тестовые условия или иные специальные условия.</w:t>
      </w:r>
    </w:p>
    <w:p w14:paraId="523AFD4C" w14:textId="77777777" w:rsidR="00E04250" w:rsidRDefault="00ED2AFA">
      <w:pPr>
        <w:pStyle w:val="LegalBody"/>
      </w:pPr>
      <w:r>
        <w:t>10.18. Индивидуальные условия могут предоставляться отдельным Исполнителям по решению Платформы и не являются основанием для предъявле</w:t>
      </w:r>
      <w:r>
        <w:t>ния аналогичных требований другими Исполнителями.</w:t>
      </w:r>
    </w:p>
    <w:p w14:paraId="3C1432AA" w14:textId="77777777" w:rsidR="00E04250" w:rsidRDefault="00ED2AFA">
      <w:pPr>
        <w:pStyle w:val="LegalBody"/>
      </w:pPr>
      <w:r>
        <w:t>10.19. Платформа вправе учитывать историю работы Исполнителя, рейтинг, количество обработанных Заявок, качество фотоотчётов, качество отчётов автоподбора, наличие жалоб, скорость обработки Заявок и иные пок</w:t>
      </w:r>
      <w:r>
        <w:t>азатели при определении доступных тарифов, скидок, приоритета в выдаче и условий подключения.</w:t>
      </w:r>
    </w:p>
    <w:p w14:paraId="6DE8665E" w14:textId="77777777" w:rsidR="00E04250" w:rsidRDefault="00ED2AFA">
      <w:pPr>
        <w:pStyle w:val="LegalBody"/>
      </w:pPr>
      <w:r>
        <w:t>10.20. Платформа вправе удерживать своё вознаграждение из денежных средств, поступивших от Заказчиков, поскольку расчёты по Заявкам осуществляются через Платформу</w:t>
      </w:r>
      <w:r>
        <w:t>.</w:t>
      </w:r>
    </w:p>
    <w:p w14:paraId="07AC1059" w14:textId="77777777" w:rsidR="00E04250" w:rsidRDefault="00ED2AFA">
      <w:pPr>
        <w:pStyle w:val="LegalBody"/>
      </w:pPr>
      <w:r>
        <w:t>10.21. Если по отдельным категориям услуг, акциям или специальным условиям расчёты с Заказчиком допускаются напрямую между Заказчиком и Исполнителем, Платформа вправе выставлять Исполнителю счёт на оплату Лидов, комиссии, подписки, приоритетного размещен</w:t>
      </w:r>
      <w:r>
        <w:t>ия или иных услуг Платформы.</w:t>
      </w:r>
    </w:p>
    <w:p w14:paraId="6EFBE4E5" w14:textId="77777777" w:rsidR="00E04250" w:rsidRDefault="00ED2AFA">
      <w:pPr>
        <w:pStyle w:val="LegalBody"/>
      </w:pPr>
      <w:r>
        <w:t>10.22. Исполнитель обязан оплатить счёт Платформы в срок, указанный в счёте, личном кабинете или Тарифах.</w:t>
      </w:r>
    </w:p>
    <w:p w14:paraId="508918BB" w14:textId="77777777" w:rsidR="00E04250" w:rsidRDefault="00ED2AFA">
      <w:pPr>
        <w:pStyle w:val="LegalBody"/>
      </w:pPr>
      <w:r>
        <w:t>10.23. При просрочке оплаты Платформа вправе временно ограничить передачу Исполнителю новых Заявок до погашения задолженн</w:t>
      </w:r>
      <w:r>
        <w:t>ости.</w:t>
      </w:r>
    </w:p>
    <w:p w14:paraId="36869B5F" w14:textId="77777777" w:rsidR="00E04250" w:rsidRDefault="00ED2AFA">
      <w:pPr>
        <w:pStyle w:val="LegalBody"/>
      </w:pPr>
      <w:r>
        <w:t>10.24. Платформа вправе вести историю изменения Тарифов, включая дату публикации, дату вступления в силу, старую редакцию, новую редакцию и подтверждение ознакомления Исполнителя.</w:t>
      </w:r>
    </w:p>
    <w:p w14:paraId="65035264" w14:textId="77777777" w:rsidR="00E04250" w:rsidRDefault="00ED2AFA">
      <w:pPr>
        <w:pStyle w:val="LegalBody"/>
      </w:pPr>
      <w:r>
        <w:t>10.25. Данные о Тарифах, зафиксированные в информационной системе Плат</w:t>
      </w:r>
      <w:r>
        <w:t>формы, признаются Сторонами надлежащим доказательством действующих условий на момент получения Исполнителем соответствующей Заявки, Лида или платной услуги Платформы.</w:t>
      </w:r>
    </w:p>
    <w:p w14:paraId="4B7CC016" w14:textId="77777777" w:rsidR="00E04250" w:rsidRDefault="00ED2AFA">
      <w:pPr>
        <w:pStyle w:val="LegalBody"/>
      </w:pPr>
      <w:r>
        <w:t>10.26. Платформа вправе устанавливать отдельные Тарифы для СТО, Выездных мастеров, Эвакуа</w:t>
      </w:r>
      <w:r>
        <w:t>торов / Партнёров и Автоэкспертов / специалистов по автоподбору с учётом различий в видах услуг, рисках, среднем чеке, порядке выплаты, требованиях к фотоотчёту, отчёту автоподбора, отчёту проверки в СТО перед покупкой и уровне ответственности.</w:t>
      </w:r>
    </w:p>
    <w:p w14:paraId="0BE1EC34" w14:textId="77777777" w:rsidR="00E04250" w:rsidRDefault="00ED2AFA">
      <w:r>
        <w:t>10.27. Плат</w:t>
      </w:r>
      <w:r>
        <w:t>форма вправе устанавливать отдельные Тарифы на услуги цифрового гаража для физических лиц, семейных пользователей, корпоративных клиентов, автопарков, Исполнителей и иных пользователей, включая бесплатный период, помесячную оплату, годовую оплату, оплату з</w:t>
      </w:r>
      <w:r>
        <w:t>а количество автомобилей, оплату за расширенную аналитику и оплату за дополнительные модули.</w:t>
      </w:r>
    </w:p>
    <w:p w14:paraId="752F430E" w14:textId="77777777" w:rsidR="00E04250" w:rsidRDefault="00ED2AFA">
      <w:pPr>
        <w:pStyle w:val="SectionHeading"/>
      </w:pPr>
      <w:r>
        <w:lastRenderedPageBreak/>
        <w:t>11. СТАРТОВАЯ ТАРИФНАЯ СЕТКА</w:t>
      </w:r>
    </w:p>
    <w:p w14:paraId="312C6AD2" w14:textId="77777777" w:rsidR="00E04250" w:rsidRDefault="00ED2AFA">
      <w:pPr>
        <w:pStyle w:val="LegalBody"/>
      </w:pPr>
      <w:r>
        <w:t xml:space="preserve">11.1. Если иное не установлено Платформой в разделе «Тарифы», на стартовом этапе могут применяться следующие </w:t>
      </w:r>
      <w:r>
        <w:t>ориентировочные условия:</w:t>
      </w:r>
    </w:p>
    <w:p w14:paraId="100AC226" w14:textId="77777777" w:rsidR="00E04250" w:rsidRDefault="00ED2AFA">
      <w:pPr>
        <w:pStyle w:val="LegalBody"/>
      </w:pPr>
      <w:r>
        <w:t>11.1.1. подключение Исполнителя — 0 рублей;</w:t>
      </w:r>
    </w:p>
    <w:p w14:paraId="07C6E6B4" w14:textId="77777777" w:rsidR="00E04250" w:rsidRDefault="00ED2AFA">
      <w:pPr>
        <w:pStyle w:val="LegalBody"/>
      </w:pPr>
      <w:r>
        <w:t>11.1.2. размещение базовой карточки Исполнителя — 0 рублей;</w:t>
      </w:r>
    </w:p>
    <w:p w14:paraId="748D3206" w14:textId="77777777" w:rsidR="00E04250" w:rsidRDefault="00ED2AFA">
      <w:pPr>
        <w:pStyle w:val="LegalBody"/>
      </w:pPr>
      <w:r>
        <w:t>11.1.3. первые 3 Лида — бесплатно;</w:t>
      </w:r>
    </w:p>
    <w:p w14:paraId="67C4F794" w14:textId="77777777" w:rsidR="00E04250" w:rsidRDefault="00ED2AFA">
      <w:pPr>
        <w:pStyle w:val="LegalBody"/>
      </w:pPr>
      <w:r>
        <w:t xml:space="preserve">11.1.4. простая Заявка на диагностику, шиномонтаж, замену масла, мелкий ремонт — от 300 до </w:t>
      </w:r>
      <w:r>
        <w:t>700 рублей за Подтверждённый лид;</w:t>
      </w:r>
    </w:p>
    <w:p w14:paraId="0A5ADC15" w14:textId="77777777" w:rsidR="00E04250" w:rsidRDefault="00ED2AFA">
      <w:pPr>
        <w:pStyle w:val="LegalBody"/>
      </w:pPr>
      <w:r>
        <w:t>11.1.5. Заявка на подвеску, тормозную систему, электрику, ремонт средней сложности — от 700 до 1 200 рублей за Подтверждённый лид;</w:t>
      </w:r>
    </w:p>
    <w:p w14:paraId="5AB9DA02" w14:textId="77777777" w:rsidR="00E04250" w:rsidRDefault="00ED2AFA">
      <w:pPr>
        <w:pStyle w:val="LegalBody"/>
      </w:pPr>
      <w:r>
        <w:t>11.1.6. Заявка на кузовной ремонт, крупный ремонт, корпоративное обслуживание — от 1 000 до</w:t>
      </w:r>
      <w:r>
        <w:t xml:space="preserve"> 2 500 рублей за Подтверждённый лид;</w:t>
      </w:r>
    </w:p>
    <w:p w14:paraId="26ED6A66" w14:textId="77777777" w:rsidR="00E04250" w:rsidRDefault="00ED2AFA">
      <w:pPr>
        <w:pStyle w:val="LegalBody"/>
      </w:pPr>
      <w:r>
        <w:t>11.1.7. комиссия с выполненного выездного Заказа — от 10% до 20%;</w:t>
      </w:r>
    </w:p>
    <w:p w14:paraId="7D17A591" w14:textId="77777777" w:rsidR="00E04250" w:rsidRDefault="00ED2AFA">
      <w:pPr>
        <w:pStyle w:val="LegalBody"/>
      </w:pPr>
      <w:r>
        <w:t>11.1.8. комиссия или агентское вознаграждение по эвакуации и партнёрским услугам — по отдельному тарифу;</w:t>
      </w:r>
    </w:p>
    <w:p w14:paraId="0F3795B4" w14:textId="77777777" w:rsidR="00E04250" w:rsidRDefault="00ED2AFA">
      <w:pPr>
        <w:pStyle w:val="LegalBody"/>
      </w:pPr>
      <w:r>
        <w:t>11.1.9. Заявка на выездной осмотр автомобиля пер</w:t>
      </w:r>
      <w:r>
        <w:t>ед покупкой — от 500 до 1 500 рублей за Подтверждённый лид;</w:t>
      </w:r>
    </w:p>
    <w:p w14:paraId="6276CEC4" w14:textId="77777777" w:rsidR="00E04250" w:rsidRDefault="00ED2AFA">
      <w:pPr>
        <w:pStyle w:val="LegalBody"/>
      </w:pPr>
      <w:r>
        <w:t>11.1.10. Заявка на проверку автомобиля в СТО перед покупкой — от 700 до 2 000 рублей за Подтверждённый лид;</w:t>
      </w:r>
    </w:p>
    <w:p w14:paraId="02E70DC6" w14:textId="77777777" w:rsidR="00E04250" w:rsidRDefault="00ED2AFA">
      <w:r>
        <w:t>11.1.11. Заявка на комплексный автоподбор или расширенное сопровождение подбора автомоби</w:t>
      </w:r>
      <w:r>
        <w:t>ля — по отдельному тарифу;</w:t>
      </w:r>
    </w:p>
    <w:p w14:paraId="75080CDD" w14:textId="77777777" w:rsidR="00E04250" w:rsidRDefault="00ED2AFA">
      <w:r>
        <w:t>11.1.12. комиссия с выполненной услуги автоподбора — от 10% до 20%;</w:t>
      </w:r>
    </w:p>
    <w:p w14:paraId="50E2735F" w14:textId="77777777" w:rsidR="00E04250" w:rsidRDefault="00ED2AFA">
      <w:r>
        <w:t>11.1.13. абонентская плата за цифровой гараж, корпоративный гараж, гараж автопарка или расширенный функционал — по отдельному тарифу;</w:t>
      </w:r>
    </w:p>
    <w:p w14:paraId="1A70E273" w14:textId="77777777" w:rsidR="00E04250" w:rsidRDefault="00ED2AFA">
      <w:r>
        <w:t>11.1.14. приоритетное разме</w:t>
      </w:r>
      <w:r>
        <w:t>щение — по отдельному тарифу;</w:t>
      </w:r>
    </w:p>
    <w:p w14:paraId="77AC0E92" w14:textId="77777777" w:rsidR="00E04250" w:rsidRDefault="00ED2AFA">
      <w:r>
        <w:t>11.1.15. подписка на расширенный функционал — по отдельному тарифу.</w:t>
      </w:r>
    </w:p>
    <w:p w14:paraId="1EB7EB1B" w14:textId="77777777" w:rsidR="00E04250" w:rsidRDefault="00ED2AFA">
      <w:pPr>
        <w:pStyle w:val="LegalBody"/>
      </w:pPr>
      <w:r>
        <w:t xml:space="preserve">11.2. Условия, указанные в настоящем разделе, являются ориентировочными. Конкретные действующие условия определяются Тарифами, размещёнными в личном кабинете </w:t>
      </w:r>
      <w:r>
        <w:t>Исполнителя в разделе «Тарифы» и/или на сайте Платформы.</w:t>
      </w:r>
    </w:p>
    <w:p w14:paraId="10C32C39" w14:textId="77777777" w:rsidR="00E04250" w:rsidRDefault="00ED2AFA">
      <w:pPr>
        <w:pStyle w:val="LegalBody"/>
      </w:pPr>
      <w:r>
        <w:t xml:space="preserve">11.3. При противоречии между ориентировочными условиями настоящего раздела и Тарифами, размещёнными в личном кабинете Исполнителя, применяются Тарифы, размещённые в личном кабинете Исполнителя, если </w:t>
      </w:r>
      <w:r>
        <w:t>Исполнитель имел возможность ознакомиться с ними до получения платного Лида, подключения платной функции или начала платного периода.</w:t>
      </w:r>
    </w:p>
    <w:p w14:paraId="2A845023" w14:textId="77777777" w:rsidR="00E04250" w:rsidRDefault="00ED2AFA">
      <w:pPr>
        <w:pStyle w:val="LegalBody"/>
      </w:pPr>
      <w:r>
        <w:t>11.4. Платформа вправе временно снижать стоимость Лидов, предоставлять бонусные Лиды, запускать бесплатные периоды и прово</w:t>
      </w:r>
      <w:r>
        <w:t>дить акции для отдельных категорий Исполнителей, городов, районов или видов услуг.</w:t>
      </w:r>
    </w:p>
    <w:p w14:paraId="310328DB" w14:textId="77777777" w:rsidR="00E04250" w:rsidRDefault="00ED2AFA">
      <w:r>
        <w:t>11.5. Стартовая тарифная сетка не является публичной гарантией сохранения указанных цен и может быть изменена Платформой в порядке, установленном настоящей офертой.</w:t>
      </w:r>
    </w:p>
    <w:p w14:paraId="614320BD" w14:textId="77777777" w:rsidR="00E04250" w:rsidRDefault="00ED2AFA">
      <w:pPr>
        <w:pStyle w:val="SectionHeading"/>
      </w:pPr>
      <w:r>
        <w:t>12. ПОРЯ</w:t>
      </w:r>
      <w:r>
        <w:t>ДОК РАБОТЫ С ЗАЯВКАМИ</w:t>
      </w:r>
    </w:p>
    <w:p w14:paraId="674BE1ED" w14:textId="77777777" w:rsidR="00E04250" w:rsidRDefault="00ED2AFA">
      <w:pPr>
        <w:pStyle w:val="LegalBody"/>
      </w:pPr>
      <w:r>
        <w:t>12.1. Заявки поступают Исполнителю через личный кабинет, приложение, SMS, email, мессенджер, телефон или иные каналы, предусмотренные Платформой.</w:t>
      </w:r>
    </w:p>
    <w:p w14:paraId="6527372F" w14:textId="77777777" w:rsidR="00E04250" w:rsidRDefault="00ED2AFA">
      <w:pPr>
        <w:pStyle w:val="LegalBody"/>
      </w:pPr>
      <w:r>
        <w:lastRenderedPageBreak/>
        <w:t>12.2. Исполнитель обязан обработать Заявку в сроки, установленные Платформой или интерфе</w:t>
      </w:r>
      <w:r>
        <w:t>йсом.</w:t>
      </w:r>
    </w:p>
    <w:p w14:paraId="2C7CEA1B" w14:textId="77777777" w:rsidR="00E04250" w:rsidRDefault="00ED2AFA">
      <w:pPr>
        <w:pStyle w:val="LegalBody"/>
      </w:pPr>
      <w:r>
        <w:t>12.3. Исполнитель вправе принять или отклонить Заявку, если иное не предусмотрено тарифом, отдельным соглашением или условиями конкретной акции.</w:t>
      </w:r>
    </w:p>
    <w:p w14:paraId="4F2DD417" w14:textId="77777777" w:rsidR="00E04250" w:rsidRDefault="00ED2AFA">
      <w:pPr>
        <w:pStyle w:val="LegalBody"/>
      </w:pPr>
      <w:r>
        <w:t xml:space="preserve">12.4. После принятия Заявки Исполнитель обязан связаться с Заказчиком, подтвердить условия, дату, время, </w:t>
      </w:r>
      <w:r>
        <w:t>стоимость и порядок оказания услуги.</w:t>
      </w:r>
    </w:p>
    <w:p w14:paraId="2C2E5EBB" w14:textId="77777777" w:rsidR="00E04250" w:rsidRDefault="00ED2AFA">
      <w:pPr>
        <w:pStyle w:val="LegalBody"/>
      </w:pPr>
      <w:r>
        <w:t>12.5. Исполнитель не вправе изменять стоимость услуги после принятия Заявки, если изменение не связано с объективно выявленными дополнительными работами, о которых Заказчик уведомлён до начала их выполнения.</w:t>
      </w:r>
    </w:p>
    <w:p w14:paraId="09F506C0" w14:textId="77777777" w:rsidR="00E04250" w:rsidRDefault="00ED2AFA">
      <w:pPr>
        <w:pStyle w:val="LegalBody"/>
      </w:pPr>
      <w:r>
        <w:t>12.6. Все д</w:t>
      </w:r>
      <w:r>
        <w:t>ополнительные работы должны быть согласованы с Заказчиком до их выполнения.</w:t>
      </w:r>
    </w:p>
    <w:p w14:paraId="1810ACEC" w14:textId="77777777" w:rsidR="00E04250" w:rsidRDefault="00ED2AFA">
      <w:pPr>
        <w:pStyle w:val="LegalBody"/>
      </w:pPr>
      <w:r>
        <w:t>12.7. Исполнитель обязан фиксировать статус Заявки в Платформе: «принята», «в работе», «клиент прибыл», «услуга оказана», «отказ клиента», «отказ исполнителя», «перенос», «спор», «</w:t>
      </w:r>
      <w:r>
        <w:t>на модерации», «выплата заморожена» или иной статус.</w:t>
      </w:r>
    </w:p>
    <w:p w14:paraId="52C6A3EA" w14:textId="77777777" w:rsidR="00E04250" w:rsidRDefault="00ED2AFA">
      <w:r>
        <w:t xml:space="preserve">12.8. По Заявкам на автоподбор, осмотр автомобиля перед покупкой или проверку автомобиля в СТО перед покупкой Исполнитель обязан указать фактически выполненный объём проверки, доступные и </w:t>
      </w:r>
      <w:r>
        <w:t>недоступные элементы автомобиля, ограничения проверки и выводы по результатам выполненных действий.</w:t>
      </w:r>
    </w:p>
    <w:p w14:paraId="298B1B1B" w14:textId="77777777" w:rsidR="00E04250" w:rsidRDefault="00ED2AFA">
      <w:r>
        <w:t xml:space="preserve">12.9. Исполнитель не вправе обещать Заказчику, что осмотр, автоподбор или проверка в СТО выявят все скрытые дефекты, юридические ограничения, неисправности </w:t>
      </w:r>
      <w:r>
        <w:t>или обстоятельства, которые невозможно установить доступными методами проверки.</w:t>
      </w:r>
    </w:p>
    <w:p w14:paraId="589B9F24" w14:textId="77777777" w:rsidR="00E04250" w:rsidRDefault="00ED2AFA">
      <w:pPr>
        <w:pStyle w:val="SectionHeading"/>
      </w:pPr>
      <w:r>
        <w:t>13. РАСЧЁТЫ С ЗАКАЗЧИКАМИ, КАССОВЫЕ ЧЕКИ, ДОКУМЕНТЫ И ВЫПЛАТЫ</w:t>
      </w:r>
    </w:p>
    <w:p w14:paraId="65351B17" w14:textId="77777777" w:rsidR="00E04250" w:rsidRDefault="00ED2AFA">
      <w:r>
        <w:t>13.1. По общему правилу все расчёты по Заявкам, оформленным через Платформу, осуществляются через ВРУМ.</w:t>
      </w:r>
    </w:p>
    <w:p w14:paraId="415D3A97" w14:textId="77777777" w:rsidR="00E04250" w:rsidRDefault="00ED2AFA">
      <w:r>
        <w:t>13.2. Прям</w:t>
      </w:r>
      <w:r>
        <w:t>ые расчёты между Заказчиком и Исполнителем по Заявкам, полученным через Платформу, запрещены, если иное прямо не разрешено Платформой в интерфейсе, Тарифах, акции или отдельном соглашении.</w:t>
      </w:r>
    </w:p>
    <w:p w14:paraId="309D88A6" w14:textId="77777777" w:rsidR="00E04250" w:rsidRDefault="00ED2AFA">
      <w:r>
        <w:t>13.3. ВРУМ принимает денежные средства от Заказчика за услуги Испол</w:t>
      </w:r>
      <w:r>
        <w:t>нителя как агент Исполнителя.</w:t>
      </w:r>
    </w:p>
    <w:p w14:paraId="26902152" w14:textId="77777777" w:rsidR="00E04250" w:rsidRDefault="00ED2AFA">
      <w:r>
        <w:t>13.4. ВРУМ принимает оплату за всю согласованную стоимость услуги, удерживает своё агентское вознаграждение, комиссию, плату за Лид, подписку, приоритетное размещение или иное вознаграждение Платформы и перечисляет Исполнителю</w:t>
      </w:r>
      <w:r>
        <w:t xml:space="preserve"> оставшуюся сумму в порядке, предусмотренном настоящей офертой, Тарифами, интерфейсом Платформы и условиями платёжного сервиса.</w:t>
      </w:r>
    </w:p>
    <w:p w14:paraId="025B188A" w14:textId="77777777" w:rsidR="00E04250" w:rsidRDefault="00ED2AFA">
      <w:r>
        <w:t>13.5. Денежные средства, поступающие от Заказчика в части стоимости услуг Исполнителя, не являются собственным доходом ВРУМ. Дох</w:t>
      </w:r>
      <w:r>
        <w:t>одом ВРУМ является только вознаграждение Платформы.</w:t>
      </w:r>
    </w:p>
    <w:p w14:paraId="7BC92020" w14:textId="77777777" w:rsidR="00E04250" w:rsidRDefault="00ED2AFA">
      <w:r>
        <w:t>13.6. Оплата услуг цифрового гаража, абонентской платы за цифровой гараж, корпоративный гараж или расширенные функции цифрового гаража может являться собственным доходом Платформы, если такие услуги оказы</w:t>
      </w:r>
      <w:r>
        <w:t>вает сама Платформа и иное не указано в Тарифах, пользовательском соглашении или интерфейсе.</w:t>
      </w:r>
    </w:p>
    <w:p w14:paraId="6DE25C18" w14:textId="77777777" w:rsidR="00E04250" w:rsidRDefault="00ED2AFA">
      <w:r>
        <w:t>13.7. Исполнитель признаёт, что именно он является лицом, оказывающим Заказчику автоуслуги, услуги автоподбора, проверки автомобиля перед покупкой, эвакуации или и</w:t>
      </w:r>
      <w:r>
        <w:t>ные услуги Исполнителя, и обязан самостоятельно обеспечивать надлежащее оформление документов, связанных с фактическим оказанием услуг Заказчику.</w:t>
      </w:r>
    </w:p>
    <w:p w14:paraId="1FF3E7DA" w14:textId="77777777" w:rsidR="00E04250" w:rsidRDefault="00ED2AFA">
      <w:r>
        <w:lastRenderedPageBreak/>
        <w:t xml:space="preserve">13.8. При приёме оплаты через ВРУМ кассовый чек формируется ВРУМ, платёжным сервисом, оператором фискализации </w:t>
      </w:r>
      <w:r>
        <w:t>или иным уполномоченным техническим участником с учётом агентской модели расчётов.</w:t>
      </w:r>
    </w:p>
    <w:p w14:paraId="6B1255A8" w14:textId="77777777" w:rsidR="00E04250" w:rsidRDefault="00ED2AFA">
      <w:r>
        <w:t>13.9. Кассовый чек по оплате услуг Исполнителя должен отражать агентский характер расчёта и, насколько это применимо к технической схеме, содержать:</w:t>
      </w:r>
    </w:p>
    <w:p w14:paraId="396D0877" w14:textId="77777777" w:rsidR="00E04250" w:rsidRDefault="00ED2AFA">
      <w:r>
        <w:t>13.9.1. признак агента и</w:t>
      </w:r>
      <w:r>
        <w:t>ли признак агента по предмету расчёта;</w:t>
      </w:r>
    </w:p>
    <w:p w14:paraId="26EA8F94" w14:textId="77777777" w:rsidR="00E04250" w:rsidRDefault="00ED2AFA">
      <w:r>
        <w:t>13.9.2. данные Платформы как агента;</w:t>
      </w:r>
    </w:p>
    <w:p w14:paraId="0F92EC26" w14:textId="77777777" w:rsidR="00E04250" w:rsidRDefault="00ED2AFA">
      <w:r>
        <w:t>13.9.3. данные фактического Исполнителя как поставщика услуги;</w:t>
      </w:r>
    </w:p>
    <w:p w14:paraId="127A16F2" w14:textId="77777777" w:rsidR="00E04250" w:rsidRDefault="00ED2AFA">
      <w:r>
        <w:t>13.9.4. ИНН фактического Исполнителя как поставщика услуги;</w:t>
      </w:r>
    </w:p>
    <w:p w14:paraId="70CEEAAC" w14:textId="77777777" w:rsidR="00E04250" w:rsidRDefault="00ED2AFA">
      <w:r>
        <w:t>13.9.5. наименование услуги;</w:t>
      </w:r>
    </w:p>
    <w:p w14:paraId="4D0DC17E" w14:textId="77777777" w:rsidR="00E04250" w:rsidRDefault="00ED2AFA">
      <w:r>
        <w:t>13.9.6. сумму расчёта;</w:t>
      </w:r>
    </w:p>
    <w:p w14:paraId="23C4E61A" w14:textId="77777777" w:rsidR="00E04250" w:rsidRDefault="00ED2AFA">
      <w:r>
        <w:t>13.9.</w:t>
      </w:r>
      <w:r>
        <w:t>7. иные обязательные реквизиты, предусмотренные законодательством и форматом фискальных документов.</w:t>
      </w:r>
    </w:p>
    <w:p w14:paraId="53BC396D" w14:textId="77777777" w:rsidR="00E04250" w:rsidRDefault="00ED2AFA">
      <w:r>
        <w:t>13.10. Исполнитель обязан предоставить Платформе достоверные данные, необходимые для корректного формирования кассовых чеков, счетов, закрывающих документов</w:t>
      </w:r>
      <w:r>
        <w:t>, агентских отчётов и выплат, включая наименование, ИНН, ОГРН/ОГРНИП, адрес, систему налогообложения, телефон, email, банковские реквизиты и иные сведения.</w:t>
      </w:r>
    </w:p>
    <w:p w14:paraId="76F3FD76" w14:textId="77777777" w:rsidR="00E04250" w:rsidRDefault="00ED2AFA">
      <w:r>
        <w:t>13.11. Исполнитель несёт ответственность за недостоверность сведений, необходимых для формирования ч</w:t>
      </w:r>
      <w:r>
        <w:t>еков, документов, отчётов, выплат и налогового учёта.</w:t>
      </w:r>
    </w:p>
    <w:p w14:paraId="094F832B" w14:textId="77777777" w:rsidR="00E04250" w:rsidRDefault="00ED2AFA">
      <w:r>
        <w:t>13.12. Если из-за недостоверных или неполных сведений Исполнителя кассовый чек, агентский отчёт, счёт, акт, выплата или иной документ будут сформированы некорректно, Исполнитель обязан возместить Платфо</w:t>
      </w:r>
      <w:r>
        <w:t>рме связанные с этим расходы, штрафы, убытки и иные потери.</w:t>
      </w:r>
    </w:p>
    <w:p w14:paraId="4A67C04B" w14:textId="77777777" w:rsidR="00E04250" w:rsidRDefault="00ED2AFA">
      <w:r>
        <w:t>13.13. Исполнитель, являющийся ИП или юридическим лицом, обязан самостоятельно обеспечить соблюдение требований законодательства о применении контрольно-кассовой техники, выдаче кассовых чеков, оф</w:t>
      </w:r>
      <w:r>
        <w:t>ормлении заказ-нарядов, актов, счетов и иных документов, если такая обязанность возлагается на него законодательством или выбранной схемой расчётов.</w:t>
      </w:r>
    </w:p>
    <w:p w14:paraId="0948D584" w14:textId="77777777" w:rsidR="00E04250" w:rsidRDefault="00ED2AFA">
      <w:r>
        <w:t>13.14. Исполнитель, являющийся самозанятым, обязан самостоятельно сформировать чек через приложение «Мой на</w:t>
      </w:r>
      <w:r>
        <w:t>лог» либо иным способом, предусмотренным законодательством о налоге на профессиональный доход, и передать такой чек Заказчику и/или Платформе в порядке, установленном Платформой.</w:t>
      </w:r>
    </w:p>
    <w:p w14:paraId="4A33DB61" w14:textId="77777777" w:rsidR="00E04250" w:rsidRDefault="00ED2AFA">
      <w:r>
        <w:t>13.15. Самозанятый Исполнитель обязан сформировать чек по Заявке не позднее с</w:t>
      </w:r>
      <w:r>
        <w:t>рока, установленного законодательством и/или интерфейсом Платформы.</w:t>
      </w:r>
    </w:p>
    <w:p w14:paraId="4273FB72" w14:textId="77777777" w:rsidR="00E04250" w:rsidRDefault="00ED2AFA">
      <w:r>
        <w:t xml:space="preserve">13.16. Платформа вправе приостановить выплату самозанятому Исполнителю до предоставления корректного чека, если предоставление такого чека требуется законодательством, правилами </w:t>
      </w:r>
      <w:r>
        <w:t>Платформы или технической схемой расчётов.</w:t>
      </w:r>
    </w:p>
    <w:p w14:paraId="76820AC5" w14:textId="77777777" w:rsidR="00E04250" w:rsidRDefault="00ED2AFA">
      <w:r>
        <w:t xml:space="preserve">13.17. Если Исполнителем является самозанятый Автоэксперт, он оказывает Заказчику только личные информационно-консультационные и осмотровые услуги и самостоятельно формирует чек в приложении «Мой налог» либо иным </w:t>
      </w:r>
      <w:r>
        <w:t>предусмотренным законом способом.</w:t>
      </w:r>
    </w:p>
    <w:p w14:paraId="75E416E8" w14:textId="77777777" w:rsidR="00E04250" w:rsidRDefault="00ED2AFA">
      <w:r>
        <w:t>13.18. Самозанятый Автоэксперт не вправе принимать денежные средства, предназначенные для покупки транспортного средства, задатки, авансы по сделке купли-продажи, комиссионное вознаграждение продавца или покупателя, а такж</w:t>
      </w:r>
      <w:r>
        <w:t>е любые платежи, не относящиеся непосредственно к оплате его личных услуг по осмотру, консультации и подготовке отчёта.</w:t>
      </w:r>
    </w:p>
    <w:p w14:paraId="4A4FBF7C" w14:textId="77777777" w:rsidR="00E04250" w:rsidRDefault="00ED2AFA">
      <w:r>
        <w:lastRenderedPageBreak/>
        <w:t>13.19. ВРУМ вправе удержать своё вознаграждение из денежных средств, поступивших от Заказчика, и перечислить Исполнителю остаток суммы в</w:t>
      </w:r>
      <w:r>
        <w:t xml:space="preserve"> порядке и сроки, установленные Тарифами, личным кабинетом, платёжным сервисом или отдельными условиями Платформы.</w:t>
      </w:r>
    </w:p>
    <w:p w14:paraId="7071E5F7" w14:textId="77777777" w:rsidR="00E04250" w:rsidRDefault="00ED2AFA">
      <w:r>
        <w:t xml:space="preserve">13.20. ВРУМ вправе формировать агентские отчёты, отчёты о переданных Лидах, отчёты о принятых платежах, удержанном </w:t>
      </w:r>
      <w:r>
        <w:t>вознаграждении, выплатах и иных операциях в личном кабинете Исполнителя.</w:t>
      </w:r>
    </w:p>
    <w:p w14:paraId="5C90207A" w14:textId="77777777" w:rsidR="00E04250" w:rsidRDefault="00ED2AFA">
      <w:r>
        <w:t>13.21. Если Исполнитель не направил мотивированные возражения по отчёту в течение 3 рабочих дней с даты размещения отчёта в личном кабинете или направления по email, отчёт считается п</w:t>
      </w:r>
      <w:r>
        <w:t>ринятым Исполнителем.</w:t>
      </w:r>
    </w:p>
    <w:p w14:paraId="203AC9F4" w14:textId="77777777" w:rsidR="00E04250" w:rsidRDefault="00ED2AFA">
      <w:r>
        <w:t>13.22. Участие ВРУМ в приёме оплаты, формировании чека, передаче Заявки, коммуникации, рейтинге, фотоотчёте, отчёте автоподбора или рассмотрении обращения Заказчика не означает, что ВРУМ становится исполнителем услуг Исполнителя.</w:t>
      </w:r>
    </w:p>
    <w:p w14:paraId="0A62631F" w14:textId="77777777" w:rsidR="00E04250" w:rsidRDefault="00ED2AFA">
      <w:r>
        <w:t>13.2</w:t>
      </w:r>
      <w:r>
        <w:t>3. Если выбранный платёжный сервис, оператор фискализации или техническая схема не позволяют корректно отражать агентскую модель, данные поставщика и ИНН поставщика в чеке, Платформа вправе временно ограничить приём оплаты по соответствующей категории услу</w:t>
      </w:r>
      <w:r>
        <w:t>г до настройки корректной схемы расчётов.</w:t>
      </w:r>
    </w:p>
    <w:p w14:paraId="7B8148B1" w14:textId="77777777" w:rsidR="00E04250" w:rsidRDefault="00ED2AFA">
      <w:r>
        <w:t>13.24. Если при применении агентской модели в кассовом чеке невозможно отразить данные фактического Исполнителя как поставщика услуги и ИНН фактического Исполнителя, ВРУМ вправе приостановить приём оплаты по соотве</w:t>
      </w:r>
      <w:r>
        <w:t>тствующей услуге до устранения технических ограничений.</w:t>
      </w:r>
    </w:p>
    <w:p w14:paraId="29CEA37E" w14:textId="77777777" w:rsidR="00E04250" w:rsidRDefault="00ED2AFA">
      <w:pPr>
        <w:pStyle w:val="SectionHeading"/>
      </w:pPr>
      <w:r>
        <w:t>14. ФОТООТЧЁТЫ, ОТЧЁТЫ АВТОПОДБОРА И ОТЧЁТЫ ПРОВЕРКИ В СТО</w:t>
      </w:r>
    </w:p>
    <w:p w14:paraId="7762CF8B" w14:textId="77777777" w:rsidR="00E04250" w:rsidRDefault="00ED2AFA">
      <w:pPr>
        <w:pStyle w:val="LegalBody"/>
      </w:pPr>
      <w:r>
        <w:t>14.1. Исполнитель обязан загружать фотоотчёт по каждой Заявке, по которой выполнялась услуга.</w:t>
      </w:r>
    </w:p>
    <w:p w14:paraId="24C0FF3C" w14:textId="77777777" w:rsidR="00E04250" w:rsidRDefault="00ED2AFA">
      <w:pPr>
        <w:pStyle w:val="LegalBody"/>
      </w:pPr>
      <w:r>
        <w:t>14.2. Фотоотчёт загружается в Платформу до заве</w:t>
      </w:r>
      <w:r>
        <w:t>ршения Заявки и должен включать, если применимо:</w:t>
      </w:r>
    </w:p>
    <w:p w14:paraId="1B0C5E77" w14:textId="77777777" w:rsidR="00E04250" w:rsidRDefault="00ED2AFA">
      <w:pPr>
        <w:pStyle w:val="LegalBody"/>
      </w:pPr>
      <w:r>
        <w:t>14.2.1. фото автомобиля;</w:t>
      </w:r>
    </w:p>
    <w:p w14:paraId="4490C183" w14:textId="77777777" w:rsidR="00E04250" w:rsidRDefault="00ED2AFA">
      <w:pPr>
        <w:pStyle w:val="LegalBody"/>
      </w:pPr>
      <w:r>
        <w:t>14.2.2. фото государственного регистрационного знака;</w:t>
      </w:r>
    </w:p>
    <w:p w14:paraId="005CA6F8" w14:textId="77777777" w:rsidR="00E04250" w:rsidRDefault="00ED2AFA">
      <w:pPr>
        <w:pStyle w:val="LegalBody"/>
      </w:pPr>
      <w:r>
        <w:t>14.2.3. фото места оказания услуги;</w:t>
      </w:r>
    </w:p>
    <w:p w14:paraId="7D7E2C8A" w14:textId="77777777" w:rsidR="00E04250" w:rsidRDefault="00ED2AFA">
      <w:pPr>
        <w:pStyle w:val="LegalBody"/>
      </w:pPr>
      <w:r>
        <w:t>14.2.4. фото выявленной проблемы;</w:t>
      </w:r>
    </w:p>
    <w:p w14:paraId="6C7FB007" w14:textId="77777777" w:rsidR="00E04250" w:rsidRDefault="00ED2AFA">
      <w:pPr>
        <w:pStyle w:val="LegalBody"/>
      </w:pPr>
      <w:r>
        <w:t>14.2.5. фото результата работ;</w:t>
      </w:r>
    </w:p>
    <w:p w14:paraId="7990FB8B" w14:textId="77777777" w:rsidR="00E04250" w:rsidRDefault="00ED2AFA">
      <w:pPr>
        <w:pStyle w:val="LegalBody"/>
      </w:pPr>
      <w:r>
        <w:t>14.2.6. фото заменённых дет</w:t>
      </w:r>
      <w:r>
        <w:t>алей;</w:t>
      </w:r>
    </w:p>
    <w:p w14:paraId="4A0EFF34" w14:textId="77777777" w:rsidR="00E04250" w:rsidRDefault="00ED2AFA">
      <w:pPr>
        <w:pStyle w:val="LegalBody"/>
      </w:pPr>
      <w:r>
        <w:t>14.2.7. фото показаний приборов, диагностического оборудования или иных подтверждений;</w:t>
      </w:r>
    </w:p>
    <w:p w14:paraId="3C614389" w14:textId="77777777" w:rsidR="00E04250" w:rsidRDefault="00ED2AFA">
      <w:pPr>
        <w:pStyle w:val="LegalBody"/>
      </w:pPr>
      <w:r>
        <w:t>14.2.8. комментарий Исполнителя о выполненной работе.</w:t>
      </w:r>
    </w:p>
    <w:p w14:paraId="7A68A9D8" w14:textId="77777777" w:rsidR="00E04250" w:rsidRDefault="00ED2AFA">
      <w:pPr>
        <w:pStyle w:val="LegalBody"/>
      </w:pPr>
      <w:r>
        <w:t>14.3. Если характер услуги объективно не позволяет сделать фото результата, Исполнитель обязан указать причин</w:t>
      </w:r>
      <w:r>
        <w:t>у в комментарии к Заявке.</w:t>
      </w:r>
    </w:p>
    <w:p w14:paraId="1C48C3D3" w14:textId="77777777" w:rsidR="00E04250" w:rsidRDefault="00ED2AFA">
      <w:r>
        <w:t>14.4. По услугам автоподбора Автоэксперт обязан загрузить Отчёт автоподбора, который должен включать, если применимо:</w:t>
      </w:r>
    </w:p>
    <w:p w14:paraId="2E8D2EF9" w14:textId="77777777" w:rsidR="00E04250" w:rsidRDefault="00ED2AFA">
      <w:r>
        <w:t>14.4.1. марку, модель, год выпуска автомобиля;</w:t>
      </w:r>
    </w:p>
    <w:p w14:paraId="794FDE92" w14:textId="77777777" w:rsidR="00E04250" w:rsidRDefault="00ED2AFA">
      <w:r>
        <w:t>14.4.2. VIN при наличии доступа;</w:t>
      </w:r>
    </w:p>
    <w:p w14:paraId="081A7842" w14:textId="77777777" w:rsidR="00E04250" w:rsidRDefault="00ED2AFA">
      <w:r>
        <w:t>14.4.3. государственный регистра</w:t>
      </w:r>
      <w:r>
        <w:t>ционный знак при наличии доступа;</w:t>
      </w:r>
    </w:p>
    <w:p w14:paraId="7A844122" w14:textId="77777777" w:rsidR="00E04250" w:rsidRDefault="00ED2AFA">
      <w:r>
        <w:t>14.4.4. заявленный и фактический пробег по одометру;</w:t>
      </w:r>
    </w:p>
    <w:p w14:paraId="3EC3A84B" w14:textId="77777777" w:rsidR="00E04250" w:rsidRDefault="00ED2AFA">
      <w:r>
        <w:t>14.4.5. фото кузова, салона, моторного отсека и иных проверенных элементов;</w:t>
      </w:r>
    </w:p>
    <w:p w14:paraId="731C114C" w14:textId="77777777" w:rsidR="00E04250" w:rsidRDefault="00ED2AFA">
      <w:r>
        <w:t>14.4.6. результаты проверки лакокрасочного покрытия при её проведении;</w:t>
      </w:r>
    </w:p>
    <w:p w14:paraId="16D07876" w14:textId="77777777" w:rsidR="00E04250" w:rsidRDefault="00ED2AFA">
      <w:r>
        <w:t>14.4.7. результаты OBD</w:t>
      </w:r>
      <w:r>
        <w:t>-диагностики или иной компьютерной диагностики при её проведении;</w:t>
      </w:r>
    </w:p>
    <w:p w14:paraId="56AA176A" w14:textId="77777777" w:rsidR="00E04250" w:rsidRDefault="00ED2AFA">
      <w:r>
        <w:lastRenderedPageBreak/>
        <w:t>14.4.8. перечень выявленных дефектов и замечаний;</w:t>
      </w:r>
    </w:p>
    <w:p w14:paraId="56512176" w14:textId="77777777" w:rsidR="00E04250" w:rsidRDefault="00ED2AFA">
      <w:r>
        <w:t>14.4.9. сведения об ограничениях проверки;</w:t>
      </w:r>
    </w:p>
    <w:p w14:paraId="017D918D" w14:textId="77777777" w:rsidR="00E04250" w:rsidRDefault="00ED2AFA">
      <w:r>
        <w:t>14.4.10. итоговые рекомендации Автоэксперта.</w:t>
      </w:r>
    </w:p>
    <w:p w14:paraId="49456DFE" w14:textId="77777777" w:rsidR="00E04250" w:rsidRDefault="00ED2AFA">
      <w:r>
        <w:t>14.5. По услугам проверки автомобиля в СТО перед пок</w:t>
      </w:r>
      <w:r>
        <w:t>упкой СТО обязано загрузить Отчёт проверки в СТО перед покупкой, который должен включать, если применимо:</w:t>
      </w:r>
    </w:p>
    <w:p w14:paraId="079983B8" w14:textId="77777777" w:rsidR="00E04250" w:rsidRDefault="00ED2AFA">
      <w:r>
        <w:t>14.5.1. сведения об автомобиле;</w:t>
      </w:r>
    </w:p>
    <w:p w14:paraId="275ECBA3" w14:textId="77777777" w:rsidR="00E04250" w:rsidRDefault="00ED2AFA">
      <w:r>
        <w:t>14.5.2. перечень проведённых диагностических операций;</w:t>
      </w:r>
    </w:p>
    <w:p w14:paraId="7AB702FB" w14:textId="77777777" w:rsidR="00E04250" w:rsidRDefault="00ED2AFA">
      <w:r>
        <w:t>14.5.3. фото автомобиля и проверенных узлов;</w:t>
      </w:r>
    </w:p>
    <w:p w14:paraId="59FA3E0F" w14:textId="77777777" w:rsidR="00E04250" w:rsidRDefault="00ED2AFA">
      <w:r>
        <w:t xml:space="preserve">14.5.4. </w:t>
      </w:r>
      <w:r>
        <w:t>выявленные дефекты и рекомендации;</w:t>
      </w:r>
    </w:p>
    <w:p w14:paraId="702BAE6C" w14:textId="77777777" w:rsidR="00E04250" w:rsidRDefault="00ED2AFA">
      <w:r>
        <w:t>14.5.5. заказ-наряд, диагностическую карту, акт или иной документ СТО;</w:t>
      </w:r>
    </w:p>
    <w:p w14:paraId="56CF516E" w14:textId="77777777" w:rsidR="00E04250" w:rsidRDefault="00ED2AFA">
      <w:r>
        <w:t>14.5.6. сведения о невозможности проверки отдельных узлов, если такая невозможность имела место.</w:t>
      </w:r>
    </w:p>
    <w:p w14:paraId="6A73CDE3" w14:textId="77777777" w:rsidR="00E04250" w:rsidRDefault="00ED2AFA">
      <w:pPr>
        <w:pStyle w:val="LegalBody"/>
      </w:pPr>
      <w:r>
        <w:t>14.6. Фотоотчёт, Отчёт автоподбора и Отчёт проверки в</w:t>
      </w:r>
      <w:r>
        <w:t xml:space="preserve"> СТО используются для подтверждения факта оказания услуг, разрешения споров, контроля качества, защиты интересов Заказчика, Исполнителя и Платформы.</w:t>
      </w:r>
    </w:p>
    <w:p w14:paraId="77AE7100" w14:textId="77777777" w:rsidR="00E04250" w:rsidRDefault="00ED2AFA">
      <w:pPr>
        <w:pStyle w:val="LegalBody"/>
      </w:pPr>
      <w:r>
        <w:t>14.7. Отсутствие обязательного фотоотчёта, Отчёта автоподбора или Отчёта проверки в СТО является основанием</w:t>
      </w:r>
      <w:r>
        <w:t xml:space="preserve"> для заморозки выплаты, направления предупреждения, снижения приоритета Исполнителя в выдаче, временного ограничения доступа к новым Заявкам или применения иных мер, предусмотренных настоящей офертой.</w:t>
      </w:r>
    </w:p>
    <w:p w14:paraId="7A3210A5" w14:textId="77777777" w:rsidR="00E04250" w:rsidRDefault="00ED2AFA">
      <w:pPr>
        <w:pStyle w:val="LegalBody"/>
      </w:pPr>
      <w:r>
        <w:t>14.8. Исполнитель несёт ответственность за достоверност</w:t>
      </w:r>
      <w:r>
        <w:t>ь загруженных фото, документов, отчётов и комментариев.</w:t>
      </w:r>
    </w:p>
    <w:p w14:paraId="6DB58FB0" w14:textId="77777777" w:rsidR="00E04250" w:rsidRDefault="00ED2AFA">
      <w:pPr>
        <w:pStyle w:val="LegalBody"/>
      </w:pPr>
      <w:r>
        <w:t>14.9. Исполнитель гарантирует, что загружаемые фото, документы и отчёты относятся именно к соответствующей Заявке и не вводят Заказчика или Платформу в заблуждение.</w:t>
      </w:r>
    </w:p>
    <w:p w14:paraId="6956359E" w14:textId="77777777" w:rsidR="00E04250" w:rsidRDefault="00ED2AFA">
      <w:r>
        <w:t>14.10. ВРУМ вправе хранить фотоотчё</w:t>
      </w:r>
      <w:r>
        <w:t>ты, отчёты автоподбора и отчёты проверки в СТО в цифровом гараже Заказчика, если это предусмотрено пользовательским соглашением, настройками Заказчика, правилами Платформы и законодательством о персональных данных.</w:t>
      </w:r>
    </w:p>
    <w:p w14:paraId="2B53D0C8" w14:textId="77777777" w:rsidR="00E04250" w:rsidRDefault="00ED2AFA">
      <w:pPr>
        <w:pStyle w:val="SectionHeading"/>
      </w:pPr>
      <w:r>
        <w:t>15. УСЛУГИ ЦИФРОВОГО ГАРАЖА И АБОНЕНТСКАЯ</w:t>
      </w:r>
      <w:r>
        <w:t xml:space="preserve"> ПЛАТА</w:t>
      </w:r>
    </w:p>
    <w:p w14:paraId="497D4F17" w14:textId="77777777" w:rsidR="00E04250" w:rsidRDefault="00ED2AFA">
      <w:r>
        <w:t>15.1. Платформа вправе предоставлять Заказчикам, Исполнителям, автопаркам, корпоративным клиентам и иным пользователям доступ к услугам цифрового гаража на бесплатной или платной основе.</w:t>
      </w:r>
    </w:p>
    <w:p w14:paraId="674FF54D" w14:textId="77777777" w:rsidR="00E04250" w:rsidRDefault="00ED2AFA">
      <w:r>
        <w:t>15.2. Услуги цифрового гаража могут включать:</w:t>
      </w:r>
    </w:p>
    <w:p w14:paraId="018283E9" w14:textId="77777777" w:rsidR="00E04250" w:rsidRDefault="00ED2AFA">
      <w:r>
        <w:t>15.2.1. создание</w:t>
      </w:r>
      <w:r>
        <w:t xml:space="preserve"> карточки автомобиля;</w:t>
      </w:r>
    </w:p>
    <w:p w14:paraId="070B3B91" w14:textId="77777777" w:rsidR="00E04250" w:rsidRDefault="00ED2AFA">
      <w:r>
        <w:t>15.2.2. хранение истории обслуживания;</w:t>
      </w:r>
    </w:p>
    <w:p w14:paraId="54F8ECD0" w14:textId="77777777" w:rsidR="00E04250" w:rsidRDefault="00ED2AFA">
      <w:r>
        <w:t>15.2.3. хранение фотоотчётов, отчётов автоподбора и отчётов проверки в СТО;</w:t>
      </w:r>
    </w:p>
    <w:p w14:paraId="6CA1C34F" w14:textId="77777777" w:rsidR="00E04250" w:rsidRDefault="00ED2AFA">
      <w:r>
        <w:t>15.2.4. напоминания о техническом обслуживании, страховке, диагностике, сезонных работах и иных событиях;</w:t>
      </w:r>
    </w:p>
    <w:p w14:paraId="14CEAAD5" w14:textId="77777777" w:rsidR="00E04250" w:rsidRDefault="00ED2AFA">
      <w:r>
        <w:t>15.2.5. учёт расходов на автомобиль;</w:t>
      </w:r>
    </w:p>
    <w:p w14:paraId="577C6E0A" w14:textId="77777777" w:rsidR="00E04250" w:rsidRDefault="00ED2AFA">
      <w:r>
        <w:t>15.2.6. хранение документов;</w:t>
      </w:r>
    </w:p>
    <w:p w14:paraId="5B966C78" w14:textId="77777777" w:rsidR="00E04250" w:rsidRDefault="00ED2AFA">
      <w:r>
        <w:t>15.2.7. корпоративный гараж и управление автопарком;</w:t>
      </w:r>
    </w:p>
    <w:p w14:paraId="34CC1495" w14:textId="77777777" w:rsidR="00E04250" w:rsidRDefault="00ED2AFA">
      <w:r>
        <w:t>15.2.8. аналитика по автомобилям, ремонтам, исполнителям, расходам и простоям;</w:t>
      </w:r>
    </w:p>
    <w:p w14:paraId="143E5B91" w14:textId="77777777" w:rsidR="00E04250" w:rsidRDefault="00ED2AFA">
      <w:r>
        <w:t>15.2.9. доступ сотрудников корпоративного клиента к автомо</w:t>
      </w:r>
      <w:r>
        <w:t>билям и заявкам;</w:t>
      </w:r>
    </w:p>
    <w:p w14:paraId="374B8F6F" w14:textId="77777777" w:rsidR="00E04250" w:rsidRDefault="00ED2AFA">
      <w:r>
        <w:t>15.2.10. расширенная отчётность и выгрузки;</w:t>
      </w:r>
    </w:p>
    <w:p w14:paraId="68CA7348" w14:textId="77777777" w:rsidR="00E04250" w:rsidRDefault="00ED2AFA">
      <w:r>
        <w:lastRenderedPageBreak/>
        <w:t>15.2.11. иные функции, предусмотренные интерфейсом Платформы.</w:t>
      </w:r>
    </w:p>
    <w:p w14:paraId="39B588D1" w14:textId="77777777" w:rsidR="00E04250" w:rsidRDefault="00ED2AFA">
      <w:r>
        <w:t>15.3. Доступ к отдельным функциям цифрового гаража может предоставляться за абонентскую плату.</w:t>
      </w:r>
    </w:p>
    <w:p w14:paraId="044E96D7" w14:textId="77777777" w:rsidR="00E04250" w:rsidRDefault="00ED2AFA">
      <w:r>
        <w:t>15.4. Размер абонентской платы, период</w:t>
      </w:r>
      <w:r>
        <w:t xml:space="preserve"> оплаты, состав функций, бесплатный период, порядок продления, порядок отключения и иные условия определяются Тарифами, пользовательским соглашением, личным кабинетом или интерфейсом Платформы.</w:t>
      </w:r>
    </w:p>
    <w:p w14:paraId="55FD7292" w14:textId="77777777" w:rsidR="00E04250" w:rsidRDefault="00ED2AFA">
      <w:r>
        <w:t>15.5. Если абонентская плата за цифровой гараж взимается с Зак</w:t>
      </w:r>
      <w:r>
        <w:t>азчика или корпоративного клиента, соответствующие отношения регулируются пользовательским соглашением, Тарифами и иными Правовыми документами Платформы.</w:t>
      </w:r>
    </w:p>
    <w:p w14:paraId="77213B47" w14:textId="77777777" w:rsidR="00E04250" w:rsidRDefault="00ED2AFA">
      <w:r>
        <w:t>15.6. Если Исполнитель использует платные функции цифрового гаража, CRM, аналитики, истории обслуживан</w:t>
      </w:r>
      <w:r>
        <w:t>ия, отчётности или расширенного личного кабинета, он оплачивает такие функции в соответствии с Тарифами.</w:t>
      </w:r>
    </w:p>
    <w:p w14:paraId="50EC16BE" w14:textId="77777777" w:rsidR="00E04250" w:rsidRDefault="00ED2AFA">
      <w:r>
        <w:t xml:space="preserve">15.7. Исполнитель обязан загружать в цифровой гараж только достоверные сведения, документы, отчёты и фотоотчёты, относящиеся к </w:t>
      </w:r>
      <w:r>
        <w:t>соответствующей Заявке или автомобилю.</w:t>
      </w:r>
    </w:p>
    <w:p w14:paraId="0C314BEC" w14:textId="77777777" w:rsidR="00E04250" w:rsidRDefault="00ED2AFA">
      <w:r>
        <w:t>15.8. Исполнитель не вправе удалять, изменять или искажать сведения, загруженные в цифровой гараж, если это может повлиять на историю автомобиля, права Заказчика, модерацию спора или отчётность Платформы.</w:t>
      </w:r>
    </w:p>
    <w:p w14:paraId="5A3A487E" w14:textId="77777777" w:rsidR="00E04250" w:rsidRDefault="00ED2AFA">
      <w:r>
        <w:t>15.9. Цифров</w:t>
      </w:r>
      <w:r>
        <w:t>ой гараж не является гарантией технической исправности автомобиля, юридической чистоты автомобиля, отсутствия скрытых дефектов, отсутствия ДТП, достоверности всех исторических сведений или добросовестности третьих лиц.</w:t>
      </w:r>
    </w:p>
    <w:p w14:paraId="08FBE69D" w14:textId="77777777" w:rsidR="00E04250" w:rsidRDefault="00ED2AFA">
      <w:r>
        <w:t>15.10. ВРУМ отвечает за предоставлени</w:t>
      </w:r>
      <w:r>
        <w:t>е доступа к функциям цифрового гаража в пределах пользовательского соглашения и Тарифов, но не отвечает за качество фактических услуг Исполнителя, сведения, внесённые Исполнителем, и выводы Исполнителя по результатам ремонта, диагностики, проверки или авто</w:t>
      </w:r>
      <w:r>
        <w:t>подбора.</w:t>
      </w:r>
    </w:p>
    <w:p w14:paraId="42CACA89" w14:textId="77777777" w:rsidR="00E04250" w:rsidRDefault="00ED2AFA">
      <w:pPr>
        <w:pStyle w:val="SectionHeading"/>
      </w:pPr>
      <w:r>
        <w:t>16. ПРЕТЕНЗИИ ЗАКАЗЧИКОВ, МОДЕРАЦИЯ И ЗАМОРОЗКА ВЫПЛАТ</w:t>
      </w:r>
    </w:p>
    <w:p w14:paraId="78C8B7C4" w14:textId="77777777" w:rsidR="00E04250" w:rsidRDefault="00ED2AFA">
      <w:pPr>
        <w:pStyle w:val="LegalBody"/>
      </w:pPr>
      <w:r>
        <w:t xml:space="preserve">16.1. Заказчик вправе направить обращение или претензию через Платформу, если он считает, что услуга оказана ненадлежащим образом, не оказана, оказана не в полном объёме, оказана с нарушением </w:t>
      </w:r>
      <w:r>
        <w:t>срока, привела к повреждению автомобиля или вызвала иной спор.</w:t>
      </w:r>
    </w:p>
    <w:p w14:paraId="473EDDC7" w14:textId="77777777" w:rsidR="00E04250" w:rsidRDefault="00ED2AFA">
      <w:pPr>
        <w:pStyle w:val="LegalBody"/>
      </w:pPr>
      <w:r>
        <w:t>16.2. Платформа вправе принять обращение Заказчика через мобильное приложение, сайт, email, телефон, чат, мессенджер или иной канал связи.</w:t>
      </w:r>
    </w:p>
    <w:p w14:paraId="51CEF3A2" w14:textId="77777777" w:rsidR="00E04250" w:rsidRDefault="00ED2AFA">
      <w:pPr>
        <w:pStyle w:val="LegalBody"/>
      </w:pPr>
      <w:r>
        <w:t>16.3. Получение обращения Заказчика Платформой не озна</w:t>
      </w:r>
      <w:r>
        <w:t>чает признание Платформой ответственности за качество услуг Исполнителя.</w:t>
      </w:r>
    </w:p>
    <w:p w14:paraId="0B656D9D" w14:textId="77777777" w:rsidR="00E04250" w:rsidRDefault="00ED2AFA">
      <w:pPr>
        <w:pStyle w:val="LegalBody"/>
      </w:pPr>
      <w:r>
        <w:t>16.4. После получения обращения Заказчика Платформа вправе перевести Заявку в статус «Спор», «На модерации» или «Выплата заморожена».</w:t>
      </w:r>
    </w:p>
    <w:p w14:paraId="4D2AD8C1" w14:textId="77777777" w:rsidR="00E04250" w:rsidRDefault="00ED2AFA">
      <w:pPr>
        <w:pStyle w:val="LegalBody"/>
      </w:pPr>
      <w:r>
        <w:t xml:space="preserve">16.5. На период рассмотрения обращения Платформа </w:t>
      </w:r>
      <w:r>
        <w:t>вправе временно заморозить выплату Исполнителю полностью или частично.</w:t>
      </w:r>
    </w:p>
    <w:p w14:paraId="7FCA5135" w14:textId="77777777" w:rsidR="00E04250" w:rsidRDefault="00ED2AFA">
      <w:pPr>
        <w:pStyle w:val="LegalBody"/>
      </w:pPr>
      <w:r>
        <w:t>16.6. Заморозка выплаты является технической обеспечительной мерой и не означает признание вины Исполнителя или ответственности Платформы.</w:t>
      </w:r>
    </w:p>
    <w:p w14:paraId="0F9A4A14" w14:textId="77777777" w:rsidR="00E04250" w:rsidRDefault="00ED2AFA">
      <w:pPr>
        <w:pStyle w:val="LegalBody"/>
      </w:pPr>
      <w:r>
        <w:t>16.7. В рамках модерации Платформа вправе запр</w:t>
      </w:r>
      <w:r>
        <w:t>осить у Исполнителя:</w:t>
      </w:r>
    </w:p>
    <w:p w14:paraId="2D18A36E" w14:textId="77777777" w:rsidR="00E04250" w:rsidRDefault="00ED2AFA">
      <w:pPr>
        <w:pStyle w:val="LegalBody"/>
      </w:pPr>
      <w:r>
        <w:t>16.7.1. фотоотчёт;</w:t>
      </w:r>
    </w:p>
    <w:p w14:paraId="25427559" w14:textId="77777777" w:rsidR="00E04250" w:rsidRDefault="00ED2AFA">
      <w:pPr>
        <w:pStyle w:val="LegalBody"/>
      </w:pPr>
      <w:r>
        <w:t>16.7.2. Отчёт автоподбора;</w:t>
      </w:r>
    </w:p>
    <w:p w14:paraId="019CAEA1" w14:textId="77777777" w:rsidR="00E04250" w:rsidRDefault="00ED2AFA">
      <w:pPr>
        <w:pStyle w:val="LegalBody"/>
      </w:pPr>
      <w:r>
        <w:t>16.7.3. Отчёт проверки в СТО;</w:t>
      </w:r>
    </w:p>
    <w:p w14:paraId="72E3FB0D" w14:textId="77777777" w:rsidR="00E04250" w:rsidRDefault="00ED2AFA">
      <w:pPr>
        <w:pStyle w:val="LegalBody"/>
      </w:pPr>
      <w:r>
        <w:lastRenderedPageBreak/>
        <w:t>16.7.4. дополнительные фотографии;</w:t>
      </w:r>
    </w:p>
    <w:p w14:paraId="2F231424" w14:textId="77777777" w:rsidR="00E04250" w:rsidRDefault="00ED2AFA">
      <w:pPr>
        <w:pStyle w:val="LegalBody"/>
      </w:pPr>
      <w:r>
        <w:t>16.7.5. заказ-наряд;</w:t>
      </w:r>
    </w:p>
    <w:p w14:paraId="6FC8762D" w14:textId="77777777" w:rsidR="00E04250" w:rsidRDefault="00ED2AFA">
      <w:pPr>
        <w:pStyle w:val="LegalBody"/>
      </w:pPr>
      <w:r>
        <w:t>16.7.6. акт выполненных работ;</w:t>
      </w:r>
    </w:p>
    <w:p w14:paraId="786A9906" w14:textId="77777777" w:rsidR="00E04250" w:rsidRDefault="00ED2AFA">
      <w:pPr>
        <w:pStyle w:val="LegalBody"/>
      </w:pPr>
      <w:r>
        <w:t>16.7.7. кассовый чек;</w:t>
      </w:r>
    </w:p>
    <w:p w14:paraId="2C7D84F9" w14:textId="77777777" w:rsidR="00E04250" w:rsidRDefault="00ED2AFA">
      <w:pPr>
        <w:pStyle w:val="LegalBody"/>
      </w:pPr>
      <w:r>
        <w:t>16.7.8. чек самозанятого;</w:t>
      </w:r>
    </w:p>
    <w:p w14:paraId="66631FCB" w14:textId="77777777" w:rsidR="00E04250" w:rsidRDefault="00ED2AFA">
      <w:pPr>
        <w:pStyle w:val="LegalBody"/>
      </w:pPr>
      <w:r>
        <w:t>16.7.9. счёт;</w:t>
      </w:r>
    </w:p>
    <w:p w14:paraId="03C798B3" w14:textId="77777777" w:rsidR="00E04250" w:rsidRDefault="00ED2AFA">
      <w:pPr>
        <w:pStyle w:val="LegalBody"/>
      </w:pPr>
      <w:r>
        <w:t>16.7.10. п</w:t>
      </w:r>
      <w:r>
        <w:t>ояснения мастера, автоэксперта или сотрудника СТО;</w:t>
      </w:r>
    </w:p>
    <w:p w14:paraId="1B39B85D" w14:textId="77777777" w:rsidR="00E04250" w:rsidRDefault="00ED2AFA">
      <w:pPr>
        <w:pStyle w:val="LegalBody"/>
      </w:pPr>
      <w:r>
        <w:t>16.7.11. переписку с Заказчиком;</w:t>
      </w:r>
    </w:p>
    <w:p w14:paraId="10627725" w14:textId="77777777" w:rsidR="00E04250" w:rsidRDefault="00ED2AFA">
      <w:pPr>
        <w:pStyle w:val="LegalBody"/>
      </w:pPr>
      <w:r>
        <w:t>16.7.12. сведения о запчастях, материалах и оборудовании;</w:t>
      </w:r>
    </w:p>
    <w:p w14:paraId="2C817220" w14:textId="77777777" w:rsidR="00E04250" w:rsidRDefault="00ED2AFA">
      <w:pPr>
        <w:pStyle w:val="LegalBody"/>
      </w:pPr>
      <w:r>
        <w:t>16.7.13. диагностические данные;</w:t>
      </w:r>
    </w:p>
    <w:p w14:paraId="7D040B7D" w14:textId="77777777" w:rsidR="00E04250" w:rsidRDefault="00ED2AFA">
      <w:pPr>
        <w:pStyle w:val="LegalBody"/>
      </w:pPr>
      <w:r>
        <w:t>16.7.14. иные документы и сведения, необходимые для проверки.</w:t>
      </w:r>
    </w:p>
    <w:p w14:paraId="1F39C0C2" w14:textId="77777777" w:rsidR="00E04250" w:rsidRDefault="00ED2AFA">
      <w:pPr>
        <w:pStyle w:val="LegalBody"/>
      </w:pPr>
      <w:r>
        <w:t>16.8. Исполнитель о</w:t>
      </w:r>
      <w:r>
        <w:t>бязан предоставить запрошенные сведения и документы в течение 24 часов с момента запроса Платформы, если иной срок не указан в запросе.</w:t>
      </w:r>
    </w:p>
    <w:p w14:paraId="05A4A02E" w14:textId="77777777" w:rsidR="00E04250" w:rsidRDefault="00ED2AFA">
      <w:pPr>
        <w:pStyle w:val="LegalBody"/>
      </w:pPr>
      <w:r>
        <w:t>16.9. Непредоставление Исполнителем документов, фотоотчёта, Отчёта автоподбора, Отчёта проверки в СТО или пояснений в ус</w:t>
      </w:r>
      <w:r>
        <w:t>тановленный срок может рассматриваться как основание для сохранения заморозки выплаты, снижения приоритета, временного ограничения доступа к новым Заявкам или возврата денежных средств Заказчику в случаях, предусмотренных настоящей офертой, пользовательски</w:t>
      </w:r>
      <w:r>
        <w:t>м соглашением, законом или правилами платёжного сервиса.</w:t>
      </w:r>
    </w:p>
    <w:p w14:paraId="17A1C60D" w14:textId="77777777" w:rsidR="00E04250" w:rsidRDefault="00ED2AFA">
      <w:pPr>
        <w:pStyle w:val="LegalBody"/>
      </w:pPr>
      <w:r>
        <w:t>16.10. Платформа вправе рассматривать обращение Заказчика на основании:</w:t>
      </w:r>
    </w:p>
    <w:p w14:paraId="3437A32F" w14:textId="77777777" w:rsidR="00E04250" w:rsidRDefault="00ED2AFA">
      <w:pPr>
        <w:pStyle w:val="LegalBody"/>
      </w:pPr>
      <w:r>
        <w:t>16.10.1. данных Заявки;</w:t>
      </w:r>
    </w:p>
    <w:p w14:paraId="557C2055" w14:textId="77777777" w:rsidR="00E04250" w:rsidRDefault="00ED2AFA">
      <w:pPr>
        <w:pStyle w:val="LegalBody"/>
      </w:pPr>
      <w:r>
        <w:t>16.10.2. статусов в Платформе;</w:t>
      </w:r>
    </w:p>
    <w:p w14:paraId="15F14A0D" w14:textId="77777777" w:rsidR="00E04250" w:rsidRDefault="00ED2AFA">
      <w:pPr>
        <w:pStyle w:val="LegalBody"/>
      </w:pPr>
      <w:r>
        <w:t>16.10.3. фотоотчёта, Отчёта автоподбора, Отчёта проверки в СТО;</w:t>
      </w:r>
    </w:p>
    <w:p w14:paraId="64B2A126" w14:textId="77777777" w:rsidR="00E04250" w:rsidRDefault="00ED2AFA">
      <w:pPr>
        <w:pStyle w:val="LegalBody"/>
      </w:pPr>
      <w:r>
        <w:t>16.10.4. геолокации;</w:t>
      </w:r>
    </w:p>
    <w:p w14:paraId="33DD1322" w14:textId="77777777" w:rsidR="00E04250" w:rsidRDefault="00ED2AFA">
      <w:pPr>
        <w:pStyle w:val="LegalBody"/>
      </w:pPr>
      <w:r>
        <w:t>16.10.5. переписки;</w:t>
      </w:r>
    </w:p>
    <w:p w14:paraId="4333E182" w14:textId="77777777" w:rsidR="00E04250" w:rsidRDefault="00ED2AFA">
      <w:pPr>
        <w:pStyle w:val="LegalBody"/>
      </w:pPr>
      <w:r>
        <w:t>16.10.6. записи звонков, если запись велась законно;</w:t>
      </w:r>
    </w:p>
    <w:p w14:paraId="385F101E" w14:textId="77777777" w:rsidR="00E04250" w:rsidRDefault="00ED2AFA">
      <w:pPr>
        <w:pStyle w:val="LegalBody"/>
      </w:pPr>
      <w:r>
        <w:t>16.10.7. документов Исполнителя;</w:t>
      </w:r>
    </w:p>
    <w:p w14:paraId="31FA2B36" w14:textId="77777777" w:rsidR="00E04250" w:rsidRDefault="00ED2AFA">
      <w:pPr>
        <w:pStyle w:val="LegalBody"/>
      </w:pPr>
      <w:r>
        <w:t>16.10.8. объяснений Заказчика;</w:t>
      </w:r>
    </w:p>
    <w:p w14:paraId="65588810" w14:textId="77777777" w:rsidR="00E04250" w:rsidRDefault="00ED2AFA">
      <w:pPr>
        <w:pStyle w:val="LegalBody"/>
      </w:pPr>
      <w:r>
        <w:t>16.10.9. объяснений Исполнителя;</w:t>
      </w:r>
    </w:p>
    <w:p w14:paraId="1068B8AA" w14:textId="77777777" w:rsidR="00E04250" w:rsidRDefault="00ED2AFA">
      <w:pPr>
        <w:pStyle w:val="LegalBody"/>
      </w:pPr>
      <w:r>
        <w:t>16.10.10. платёжных данных;</w:t>
      </w:r>
    </w:p>
    <w:p w14:paraId="1C8105FC" w14:textId="77777777" w:rsidR="00E04250" w:rsidRDefault="00ED2AFA">
      <w:pPr>
        <w:pStyle w:val="LegalBody"/>
      </w:pPr>
      <w:r>
        <w:t xml:space="preserve">16.10.11. иных доступных </w:t>
      </w:r>
      <w:r>
        <w:t>материалов.</w:t>
      </w:r>
    </w:p>
    <w:p w14:paraId="1CCF5F2E" w14:textId="77777777" w:rsidR="00E04250" w:rsidRDefault="00ED2AFA">
      <w:pPr>
        <w:pStyle w:val="LegalBody"/>
      </w:pPr>
      <w:r>
        <w:t>16.11. По итогам модерации Платформа вправе принять одно или несколько технических решений:</w:t>
      </w:r>
    </w:p>
    <w:p w14:paraId="5A8317E3" w14:textId="77777777" w:rsidR="00E04250" w:rsidRDefault="00ED2AFA">
      <w:pPr>
        <w:pStyle w:val="LegalBody"/>
      </w:pPr>
      <w:r>
        <w:t>16.11.1. перечислить Исполнителю денежные средства полностью;</w:t>
      </w:r>
    </w:p>
    <w:p w14:paraId="723857CC" w14:textId="77777777" w:rsidR="00E04250" w:rsidRDefault="00ED2AFA">
      <w:pPr>
        <w:pStyle w:val="LegalBody"/>
      </w:pPr>
      <w:r>
        <w:t>16.11.2. перечислить Исполнителю денежные средства частично;</w:t>
      </w:r>
    </w:p>
    <w:p w14:paraId="768D225F" w14:textId="77777777" w:rsidR="00E04250" w:rsidRDefault="00ED2AFA">
      <w:pPr>
        <w:pStyle w:val="LegalBody"/>
      </w:pPr>
      <w:r>
        <w:t>16.11.3. продлить заморозку в</w:t>
      </w:r>
      <w:r>
        <w:t>ыплаты до предоставления дополнительных документов;</w:t>
      </w:r>
    </w:p>
    <w:p w14:paraId="1F6C7AB1" w14:textId="77777777" w:rsidR="00E04250" w:rsidRDefault="00ED2AFA">
      <w:pPr>
        <w:pStyle w:val="LegalBody"/>
      </w:pPr>
      <w:r>
        <w:t>16.11.4. вернуть Заказчику денежные средства полностью или частично;</w:t>
      </w:r>
    </w:p>
    <w:p w14:paraId="1FABAC99" w14:textId="77777777" w:rsidR="00E04250" w:rsidRDefault="00ED2AFA">
      <w:pPr>
        <w:pStyle w:val="LegalBody"/>
      </w:pPr>
      <w:r>
        <w:t>16.11.5. направить Заказчика и Исполнителя на самостоятельное урегулирование спора;</w:t>
      </w:r>
    </w:p>
    <w:p w14:paraId="18092A53" w14:textId="77777777" w:rsidR="00E04250" w:rsidRDefault="00ED2AFA">
      <w:pPr>
        <w:pStyle w:val="LegalBody"/>
      </w:pPr>
      <w:r>
        <w:t>16.11.6. временно ограничить доступ Исполнителя к н</w:t>
      </w:r>
      <w:r>
        <w:t>овым Заявкам;</w:t>
      </w:r>
    </w:p>
    <w:p w14:paraId="32A9633B" w14:textId="77777777" w:rsidR="00E04250" w:rsidRDefault="00ED2AFA">
      <w:pPr>
        <w:pStyle w:val="LegalBody"/>
      </w:pPr>
      <w:r>
        <w:t>16.11.7. снизить приоритет Исполнителя в выдаче;</w:t>
      </w:r>
    </w:p>
    <w:p w14:paraId="2750A74D" w14:textId="77777777" w:rsidR="00E04250" w:rsidRDefault="00ED2AFA">
      <w:pPr>
        <w:pStyle w:val="LegalBody"/>
      </w:pPr>
      <w:r>
        <w:t>16.11.8. заблокировать Исполнителя при грубом нарушении;</w:t>
      </w:r>
    </w:p>
    <w:p w14:paraId="5C2EF8C8" w14:textId="77777777" w:rsidR="00E04250" w:rsidRDefault="00ED2AFA">
      <w:pPr>
        <w:pStyle w:val="LegalBody"/>
      </w:pPr>
      <w:r>
        <w:lastRenderedPageBreak/>
        <w:t>16.11.9. удержать задолженность Исполнителя перед Платформой в пределах, допустимых настоящей офертой и законодательством.</w:t>
      </w:r>
    </w:p>
    <w:p w14:paraId="110AF942" w14:textId="77777777" w:rsidR="00E04250" w:rsidRDefault="00ED2AFA">
      <w:pPr>
        <w:pStyle w:val="LegalBody"/>
      </w:pPr>
      <w:r>
        <w:t>16.12. Возвра</w:t>
      </w:r>
      <w:r>
        <w:t>т денежных средств Заказчику за счёт суммы, подлежащей выплате Исполнителю, возможен, если по результатам модерации установлено, что услуга не оказана, оказана не в полном объёме, отсутствует обязательный фотоотчёт, Исполнитель не предоставил документы, ли</w:t>
      </w:r>
      <w:r>
        <w:t>бо имеются иные основания, подтверждающие необходимость возврата.</w:t>
      </w:r>
    </w:p>
    <w:p w14:paraId="6D092254" w14:textId="77777777" w:rsidR="00E04250" w:rsidRDefault="00ED2AFA">
      <w:pPr>
        <w:pStyle w:val="LegalBody"/>
      </w:pPr>
      <w:r>
        <w:t>16.13. ВРУМ не обещает Заказчикам автоматическую компенсацию за счёт собственных средств Платформы по спорам, связанным с качеством услуг Исполнителя.</w:t>
      </w:r>
    </w:p>
    <w:p w14:paraId="1276EA0D" w14:textId="77777777" w:rsidR="00E04250" w:rsidRDefault="00ED2AFA">
      <w:pPr>
        <w:pStyle w:val="LegalBody"/>
      </w:pPr>
      <w:r>
        <w:t>16.14. Участие ВРУМ в модерации, заморо</w:t>
      </w:r>
      <w:r>
        <w:t>зке выплаты, коммуникации с Заказчиком или возврате денежных средств не означает, что ВРУМ является исполнителем автоуслуг.</w:t>
      </w:r>
    </w:p>
    <w:p w14:paraId="76FDC02C" w14:textId="77777777" w:rsidR="00E04250" w:rsidRDefault="00ED2AFA">
      <w:pPr>
        <w:pStyle w:val="LegalBody"/>
      </w:pPr>
      <w:r>
        <w:t>16.15. Техническое решение ВРУМ по выплате, заморозке или возврату денежных средств не лишает Заказчика и Исполнителя права самостоя</w:t>
      </w:r>
      <w:r>
        <w:t>тельно урегулировать спор или обратиться в компетентный орган.</w:t>
      </w:r>
    </w:p>
    <w:p w14:paraId="7FC254D0" w14:textId="77777777" w:rsidR="00E04250" w:rsidRDefault="00ED2AFA">
      <w:pPr>
        <w:pStyle w:val="LegalBody"/>
      </w:pPr>
      <w:r>
        <w:t xml:space="preserve">16.16. Если Платформа понесёт расходы, убытки, штрафы, компенсации, судебные издержки или иные потери вследствие действий, бездействия, недостоверной информации, некачественного оказания услуг </w:t>
      </w:r>
      <w:r>
        <w:t>или нарушения закона Исполнителем, Исполнитель обязан возместить такие суммы в течение 5 рабочих дней с даты требования Платформы.</w:t>
      </w:r>
    </w:p>
    <w:p w14:paraId="5D3CA114" w14:textId="77777777" w:rsidR="00E04250" w:rsidRDefault="00ED2AFA">
      <w:pPr>
        <w:pStyle w:val="LegalBody"/>
      </w:pPr>
      <w:r>
        <w:t>16.17. Платформа вправе вести журнал модерации, фиксировать действия сторон, статусы, документы, фотоотчёты, даты, время, ком</w:t>
      </w:r>
      <w:r>
        <w:t>ментарии, решения и иные данные, связанные с рассмотрением обращения.</w:t>
      </w:r>
    </w:p>
    <w:p w14:paraId="79FC5D4B" w14:textId="77777777" w:rsidR="00E04250" w:rsidRDefault="00ED2AFA">
      <w:r>
        <w:t>16.18. По Заявкам на услуги автоподбора основанием для модерации и заморозки выплаты могут являться:</w:t>
      </w:r>
    </w:p>
    <w:p w14:paraId="61940F10" w14:textId="77777777" w:rsidR="00E04250" w:rsidRDefault="00ED2AFA">
      <w:r>
        <w:t>16.18.1. отсутствие обязательного Отчёта автоподбора;</w:t>
      </w:r>
    </w:p>
    <w:p w14:paraId="0812CCBB" w14:textId="77777777" w:rsidR="00E04250" w:rsidRDefault="00ED2AFA">
      <w:r>
        <w:t xml:space="preserve">16.18.2. отсутствие </w:t>
      </w:r>
      <w:r>
        <w:t>фотофиксации автомобиля;</w:t>
      </w:r>
    </w:p>
    <w:p w14:paraId="5444D555" w14:textId="77777777" w:rsidR="00E04250" w:rsidRDefault="00ED2AFA">
      <w:r>
        <w:t>16.18.3. отсутствие фото выявленных дефектов при наличии указания на такие дефекты;</w:t>
      </w:r>
    </w:p>
    <w:p w14:paraId="6FB90EF1" w14:textId="77777777" w:rsidR="00E04250" w:rsidRDefault="00ED2AFA">
      <w:r>
        <w:t>16.18.4. расхождение между отчётом Автоэксперта и фактически загруженными материалами;</w:t>
      </w:r>
    </w:p>
    <w:p w14:paraId="297F376D" w14:textId="77777777" w:rsidR="00E04250" w:rsidRDefault="00ED2AFA">
      <w:r>
        <w:t>16.18.5. жалоба Заказчика на неполный осмотр;</w:t>
      </w:r>
    </w:p>
    <w:p w14:paraId="107E1E74" w14:textId="77777777" w:rsidR="00E04250" w:rsidRDefault="00ED2AFA">
      <w:r>
        <w:t>16.18.6. указа</w:t>
      </w:r>
      <w:r>
        <w:t>ние Автоэкспертом заведомо недостоверных сведений;</w:t>
      </w:r>
    </w:p>
    <w:p w14:paraId="5162F10D" w14:textId="77777777" w:rsidR="00E04250" w:rsidRDefault="00ED2AFA">
      <w:r>
        <w:t>16.18.7. выход Автоэксперта за пределы разрешённых услуг;</w:t>
      </w:r>
    </w:p>
    <w:p w14:paraId="5BC6604E" w14:textId="77777777" w:rsidR="00E04250" w:rsidRDefault="00ED2AFA">
      <w:r>
        <w:t>16.18.8. принятие Автоэкспертом денежных средств за автомобиль, задатка, комиссии продавца или иных платежей, не относящихся к оплате услуги осмотр</w:t>
      </w:r>
      <w:r>
        <w:t>а, консультации, отчёта или разрешённого сопровождения.</w:t>
      </w:r>
    </w:p>
    <w:p w14:paraId="64696F58" w14:textId="77777777" w:rsidR="00E04250" w:rsidRDefault="00ED2AFA">
      <w:r>
        <w:t>16.19. По Заявкам на проверку автомобиля в СТО перед покупкой основанием для модерации и заморозки выплаты могут являться:</w:t>
      </w:r>
    </w:p>
    <w:p w14:paraId="3BE16919" w14:textId="77777777" w:rsidR="00E04250" w:rsidRDefault="00ED2AFA">
      <w:r>
        <w:t>16.19.1. отсутствие обязательного Отчёта проверки в СТО;</w:t>
      </w:r>
    </w:p>
    <w:p w14:paraId="5189ADA9" w14:textId="77777777" w:rsidR="00E04250" w:rsidRDefault="00ED2AFA">
      <w:r>
        <w:t xml:space="preserve">16.19.2. отсутствие </w:t>
      </w:r>
      <w:r>
        <w:t>заказ-наряда, диагностической карты, акта или иного документа, если он был предусмотрен услугой;</w:t>
      </w:r>
    </w:p>
    <w:p w14:paraId="29D81479" w14:textId="77777777" w:rsidR="00E04250" w:rsidRDefault="00ED2AFA">
      <w:r>
        <w:t>16.19.3. отсутствие фотофиксации автомобиля или проверенных элементов;</w:t>
      </w:r>
    </w:p>
    <w:p w14:paraId="619624E5" w14:textId="77777777" w:rsidR="00E04250" w:rsidRDefault="00ED2AFA">
      <w:r>
        <w:t>16.19.4. жалоба Заказчика на неполный объём проверки;</w:t>
      </w:r>
    </w:p>
    <w:p w14:paraId="58125535" w14:textId="77777777" w:rsidR="00E04250" w:rsidRDefault="00ED2AFA">
      <w:r>
        <w:t>16.19.5. расхождение между заявлен</w:t>
      </w:r>
      <w:r>
        <w:t>ным объёмом проверки и фактически выполненными действиями;</w:t>
      </w:r>
    </w:p>
    <w:p w14:paraId="525BC14C" w14:textId="77777777" w:rsidR="00E04250" w:rsidRDefault="00ED2AFA">
      <w:r>
        <w:t>16.19.6. указание заведомо недостоверных сведений;</w:t>
      </w:r>
    </w:p>
    <w:p w14:paraId="251361CB" w14:textId="77777777" w:rsidR="00E04250" w:rsidRDefault="00ED2AFA">
      <w:r>
        <w:t>16.19.7. отказ СТО предоставить пояснения по спорной проверке.</w:t>
      </w:r>
    </w:p>
    <w:p w14:paraId="739B72C6" w14:textId="77777777" w:rsidR="00E04250" w:rsidRDefault="00ED2AFA">
      <w:r>
        <w:lastRenderedPageBreak/>
        <w:t>16.20. По итогам модерации услуги автоподбора или проверки автомобиля перед покупко</w:t>
      </w:r>
      <w:r>
        <w:t>й Платформа вправе запросить у Исполнителя дополнительные фотографии, пояснения, диагностические данные, переписку с Заказчиком, маршрут осмотра, сведения о времени и месте осмотра, сведения о нахождении автомобиля в СТО, заказ-наряд, диагностические распе</w:t>
      </w:r>
      <w:r>
        <w:t>чатки, а также иные материалы, подтверждающие фактическое выполнение услуги.</w:t>
      </w:r>
    </w:p>
    <w:p w14:paraId="2D8F0174" w14:textId="77777777" w:rsidR="00E04250" w:rsidRDefault="00ED2AFA">
      <w:pPr>
        <w:pStyle w:val="SectionHeading"/>
      </w:pPr>
      <w:r>
        <w:t>17. КАЧЕСТВО УСЛУГ И ОТВЕТСТВЕННОСТЬ ИСПОЛНИТЕЛЯ ПЕРЕД ЗАКАЗЧИКОМ</w:t>
      </w:r>
    </w:p>
    <w:p w14:paraId="62378BCA" w14:textId="77777777" w:rsidR="00E04250" w:rsidRDefault="00ED2AFA">
      <w:pPr>
        <w:pStyle w:val="LegalBody"/>
      </w:pPr>
      <w:r>
        <w:t>17.1. Исполнитель несёт полную ответственность перед Заказчиком за качество, объём, сроки, безопасность, гарантию</w:t>
      </w:r>
      <w:r>
        <w:t>, результат и последствия оказания услуг.</w:t>
      </w:r>
    </w:p>
    <w:p w14:paraId="07FABD9F" w14:textId="77777777" w:rsidR="00E04250" w:rsidRDefault="00ED2AFA">
      <w:pPr>
        <w:pStyle w:val="LegalBody"/>
      </w:pPr>
      <w:r>
        <w:t>17.2. Все претензии Заказчиков по недостаткам работ, повреждению автомобиля, возврату денежных средств, гарантиям, срокам, отчётам, консультациям и иным вопросам фактического оказания услуг рассматриваются Исполнит</w:t>
      </w:r>
      <w:r>
        <w:t>елем самостоятельно.</w:t>
      </w:r>
    </w:p>
    <w:p w14:paraId="39492C31" w14:textId="77777777" w:rsidR="00E04250" w:rsidRDefault="00ED2AFA">
      <w:pPr>
        <w:pStyle w:val="LegalBody"/>
      </w:pPr>
      <w:r>
        <w:t>17.3. ВРУМ вправе предоставить Заказчику техническую возможность направить обращение через Платформу.</w:t>
      </w:r>
    </w:p>
    <w:p w14:paraId="47312CD1" w14:textId="77777777" w:rsidR="00E04250" w:rsidRDefault="00ED2AFA">
      <w:pPr>
        <w:pStyle w:val="LegalBody"/>
      </w:pPr>
      <w:r>
        <w:t>17.4. ВРУМ вправе участвовать в коммуникации между Заказчиком и Исполнителем, запрашивать документы, фото, пояснения, заказ-наряды, ч</w:t>
      </w:r>
      <w:r>
        <w:t>еки, акты, переписку и иные материалы.</w:t>
      </w:r>
    </w:p>
    <w:p w14:paraId="44911FAC" w14:textId="77777777" w:rsidR="00E04250" w:rsidRDefault="00ED2AFA">
      <w:pPr>
        <w:pStyle w:val="LegalBody"/>
      </w:pPr>
      <w:r>
        <w:t>17.5. Участие ВРУМ в коммуникации или модерации не означает принятие ВРУМ ответственности за качество, результат, недостатки или последствия оказания услуг Исполнителем.</w:t>
      </w:r>
    </w:p>
    <w:p w14:paraId="0E78E9D8" w14:textId="77777777" w:rsidR="00E04250" w:rsidRDefault="00ED2AFA">
      <w:pPr>
        <w:pStyle w:val="LegalBody"/>
      </w:pPr>
      <w:r>
        <w:t>17.6. Если Заказчик предъявит претензию к ВРУМ,</w:t>
      </w:r>
      <w:r>
        <w:t xml:space="preserve"> связанную с качеством услуг Исполнителя, Исполнитель обязан незамедлительно вступить в урегулирование спора и предоставить ВРУМ все необходимые документы и пояснения.</w:t>
      </w:r>
    </w:p>
    <w:p w14:paraId="4FAFCD92" w14:textId="77777777" w:rsidR="00E04250" w:rsidRDefault="00ED2AFA">
      <w:pPr>
        <w:pStyle w:val="LegalBody"/>
      </w:pPr>
      <w:r>
        <w:t>17.7. ВРУМ не предоставляет Заказчику самостоятельную гарантию качества услуг Исполнител</w:t>
      </w:r>
      <w:r>
        <w:t>я, если такая гарантия прямо не указана в отдельном письменном документе, акции или специальном предложении Платформы.</w:t>
      </w:r>
    </w:p>
    <w:p w14:paraId="266E4C88" w14:textId="77777777" w:rsidR="00E04250" w:rsidRDefault="00ED2AFA">
      <w:pPr>
        <w:pStyle w:val="LegalBody"/>
      </w:pPr>
      <w:r>
        <w:t>17.8. Исполнитель обязан самостоятельно исполнять гарантийные обязательства, если они предусмотрены законом, договорённостью с Заказчиком</w:t>
      </w:r>
      <w:r>
        <w:t>, заказ-нарядом, карточкой услуги, информацией в Платформе или обычаями делового оборота.</w:t>
      </w:r>
    </w:p>
    <w:p w14:paraId="707AC5DC" w14:textId="77777777" w:rsidR="00E04250" w:rsidRDefault="00ED2AFA">
      <w:r>
        <w:t>17.9. По услугам автоподбора и проверки автомобиля перед покупкой Исполнитель отвечает за добросовестность и полноту фактически выполненных действий, но не отвечает з</w:t>
      </w:r>
      <w:r>
        <w:t>а скрытые дефекты, юридические ограничения, недостоверность сведений третьих лиц, обстоятельства, которые невозможно выявить доступными методами проверки, если Исполнитель прямо не принял на себя такую ответственность в отдельном договоре.</w:t>
      </w:r>
    </w:p>
    <w:p w14:paraId="31057B90" w14:textId="77777777" w:rsidR="00E04250" w:rsidRDefault="00ED2AFA">
      <w:r>
        <w:t>17.10. ВРУМ не я</w:t>
      </w:r>
      <w:r>
        <w:t>вляется гарантом покупки автомобиля, не подтверждает исправность автомобиля, не гарантирует отсутствие скрытых дефектов, запретов, залогов, розыска, скрученного пробега, последствий ДТП, недобросовестности продавца или иных обстоятельств, связанных с транс</w:t>
      </w:r>
      <w:r>
        <w:t>портным средством.</w:t>
      </w:r>
    </w:p>
    <w:p w14:paraId="3A6219DB" w14:textId="77777777" w:rsidR="00E04250" w:rsidRDefault="00ED2AFA">
      <w:pPr>
        <w:pStyle w:val="SectionHeading"/>
      </w:pPr>
      <w:r>
        <w:t>18. ЗАПРЕТ ОБХОДА ПЛАТФОРМЫ</w:t>
      </w:r>
    </w:p>
    <w:p w14:paraId="6086B887" w14:textId="77777777" w:rsidR="00E04250" w:rsidRDefault="00ED2AFA">
      <w:pPr>
        <w:pStyle w:val="LegalBody"/>
      </w:pPr>
      <w:r>
        <w:t>18.1. Исполнитель не вправе использовать Заявки, Лиды, контакты Заказчиков и иные данные, полученные через Платформу, для обхода Платформы и уклонения от оплаты вознаграждения.</w:t>
      </w:r>
    </w:p>
    <w:p w14:paraId="2B62084F" w14:textId="77777777" w:rsidR="00E04250" w:rsidRDefault="00ED2AFA">
      <w:pPr>
        <w:pStyle w:val="LegalBody"/>
      </w:pPr>
      <w:r>
        <w:t xml:space="preserve">18.2. Исполнитель не </w:t>
      </w:r>
      <w:r>
        <w:t>вправе предлагать Заказчику отменить Заявку в Платформе и оформить заказ напрямую, если контакт с Заказчиком возник через Платформу.</w:t>
      </w:r>
    </w:p>
    <w:p w14:paraId="6AE57C70" w14:textId="77777777" w:rsidR="00E04250" w:rsidRDefault="00ED2AFA">
      <w:pPr>
        <w:pStyle w:val="LegalBody"/>
      </w:pPr>
      <w:r>
        <w:lastRenderedPageBreak/>
        <w:t>18.3. Исполнитель не вправе принимать оплату напрямую от Заказчика по Заявке, полученной через Платформу, если иное прямо н</w:t>
      </w:r>
      <w:r>
        <w:t>е разрешено Платформой.</w:t>
      </w:r>
    </w:p>
    <w:p w14:paraId="00E3C84E" w14:textId="77777777" w:rsidR="00E04250" w:rsidRDefault="00ED2AFA">
      <w:pPr>
        <w:pStyle w:val="LegalBody"/>
      </w:pPr>
      <w:r>
        <w:t>18.4. Исполнитель не вправе передавать контакты Заказчика третьим лицам без согласия Заказчика и Платформы.</w:t>
      </w:r>
    </w:p>
    <w:p w14:paraId="3D88164D" w14:textId="77777777" w:rsidR="00E04250" w:rsidRDefault="00ED2AFA">
      <w:pPr>
        <w:pStyle w:val="LegalBody"/>
      </w:pPr>
      <w:r>
        <w:t>18.5. При первом выявленном нарушении Платформа вправе направить Исполнителю предупреждение.</w:t>
      </w:r>
    </w:p>
    <w:p w14:paraId="28CC6A22" w14:textId="77777777" w:rsidR="00E04250" w:rsidRDefault="00ED2AFA">
      <w:pPr>
        <w:pStyle w:val="LegalBody"/>
      </w:pPr>
      <w:r>
        <w:t>18.6. При повторном нарушении И</w:t>
      </w:r>
      <w:r>
        <w:t>сполнитель обязан уплатить штраф в размере 1 000 рублей за каждый подтверждённый случай нарушения.</w:t>
      </w:r>
    </w:p>
    <w:p w14:paraId="45105758" w14:textId="77777777" w:rsidR="00E04250" w:rsidRDefault="00ED2AFA">
      <w:pPr>
        <w:pStyle w:val="LegalBody"/>
      </w:pPr>
      <w:r>
        <w:t>18.7. При систематическом нарушении, то есть при трёх и более подтверждённых случаях обхода Платформы в течение 30 календарных дней, Платформа вправе временн</w:t>
      </w:r>
      <w:r>
        <w:t>о ограничить доступ Исполнителя к Заявкам на срок до 14 календарных дней.</w:t>
      </w:r>
    </w:p>
    <w:p w14:paraId="1EF39F44" w14:textId="77777777" w:rsidR="00E04250" w:rsidRDefault="00ED2AFA">
      <w:pPr>
        <w:pStyle w:val="LegalBody"/>
      </w:pPr>
      <w:r>
        <w:t>18.8. Применение штрафа не лишает Платформу права требовать оплаты фактически оказанных услуг Платформы.</w:t>
      </w:r>
    </w:p>
    <w:p w14:paraId="0331B472" w14:textId="77777777" w:rsidR="00E04250" w:rsidRDefault="00ED2AFA">
      <w:pPr>
        <w:pStyle w:val="LegalBody"/>
      </w:pPr>
      <w:r>
        <w:t>18.9. Платформа вправе не применять штраф и ограничиться предупреждением, есл</w:t>
      </w:r>
      <w:r>
        <w:t>и нарушение было незначительным, совершено впервые и не повлекло существенных последствий.</w:t>
      </w:r>
    </w:p>
    <w:p w14:paraId="24E42A7E" w14:textId="77777777" w:rsidR="00E04250" w:rsidRDefault="00ED2AFA">
      <w:r>
        <w:t>18.10. Запрет обхода Платформы распространяется также на услуги автоподбора, проверки автомобиля перед покупкой, сопровождения покупки, эвакуации, цифрового гаража и</w:t>
      </w:r>
      <w:r>
        <w:t xml:space="preserve"> последующих обращений Заказчика, если контакт с Заказчиком возник через Платформу.</w:t>
      </w:r>
    </w:p>
    <w:p w14:paraId="603EFCA4" w14:textId="77777777" w:rsidR="00E04250" w:rsidRDefault="00ED2AFA">
      <w:pPr>
        <w:pStyle w:val="SectionHeading"/>
      </w:pPr>
      <w:r>
        <w:t>19. МЯГКИЕ МЕРЫ ОТВЕТСТВЕННОСТИ</w:t>
      </w:r>
    </w:p>
    <w:p w14:paraId="6B6EFA64" w14:textId="77777777" w:rsidR="00E04250" w:rsidRDefault="00ED2AFA">
      <w:pPr>
        <w:pStyle w:val="LegalBody"/>
      </w:pPr>
      <w:r>
        <w:t>19.1. Стороны признают, что целью настоящего договора является развитие долгосрочного сотрудничества, а не применение чрезмерных санкций.</w:t>
      </w:r>
    </w:p>
    <w:p w14:paraId="1B88ADDD" w14:textId="77777777" w:rsidR="00E04250" w:rsidRDefault="00ED2AFA">
      <w:pPr>
        <w:pStyle w:val="LegalBody"/>
      </w:pPr>
      <w:r>
        <w:t>19</w:t>
      </w:r>
      <w:r>
        <w:t>.2. За нарушение сроков обработки Заявки Платформа вправе применить одну или несколько мер:</w:t>
      </w:r>
    </w:p>
    <w:p w14:paraId="6582C18A" w14:textId="77777777" w:rsidR="00E04250" w:rsidRDefault="00ED2AFA">
      <w:pPr>
        <w:pStyle w:val="LegalBody"/>
      </w:pPr>
      <w:r>
        <w:t>19.2.1. предупреждение;</w:t>
      </w:r>
    </w:p>
    <w:p w14:paraId="6447A532" w14:textId="77777777" w:rsidR="00E04250" w:rsidRDefault="00ED2AFA">
      <w:pPr>
        <w:pStyle w:val="LegalBody"/>
      </w:pPr>
      <w:r>
        <w:t>19.2.2. временное снижение приоритета в выдаче;</w:t>
      </w:r>
    </w:p>
    <w:p w14:paraId="2B9955BE" w14:textId="77777777" w:rsidR="00E04250" w:rsidRDefault="00ED2AFA">
      <w:pPr>
        <w:pStyle w:val="LegalBody"/>
      </w:pPr>
      <w:r>
        <w:t>19.2.3. временное ограничение количества Заявок;</w:t>
      </w:r>
    </w:p>
    <w:p w14:paraId="347B270D" w14:textId="77777777" w:rsidR="00E04250" w:rsidRDefault="00ED2AFA">
      <w:pPr>
        <w:pStyle w:val="LegalBody"/>
      </w:pPr>
      <w:r>
        <w:t>19.2.4. штраф 300 рублей за нарушение, но н</w:t>
      </w:r>
      <w:r>
        <w:t>е более 1 500 рублей в месяц.</w:t>
      </w:r>
    </w:p>
    <w:p w14:paraId="7395ED12" w14:textId="77777777" w:rsidR="00E04250" w:rsidRDefault="00ED2AFA">
      <w:pPr>
        <w:pStyle w:val="LegalBody"/>
      </w:pPr>
      <w:r>
        <w:t>19.3. За отсутствие обязательного фотоотчёта, Отчёта автоподбора или Отчёта проверки в СТО Платформа вправе применить одну или несколько мер:</w:t>
      </w:r>
    </w:p>
    <w:p w14:paraId="59B4B317" w14:textId="77777777" w:rsidR="00E04250" w:rsidRDefault="00ED2AFA">
      <w:pPr>
        <w:pStyle w:val="LegalBody"/>
      </w:pPr>
      <w:r>
        <w:t>19.3.1. предупреждение;</w:t>
      </w:r>
    </w:p>
    <w:p w14:paraId="04475466" w14:textId="77777777" w:rsidR="00E04250" w:rsidRDefault="00ED2AFA">
      <w:pPr>
        <w:pStyle w:val="LegalBody"/>
      </w:pPr>
      <w:r>
        <w:t xml:space="preserve">19.3.2. временную приостановку выплаты по спорной Заявке до </w:t>
      </w:r>
      <w:r>
        <w:t>загрузки фотоотчёта или объяснений;</w:t>
      </w:r>
    </w:p>
    <w:p w14:paraId="3F7D74C4" w14:textId="77777777" w:rsidR="00E04250" w:rsidRDefault="00ED2AFA">
      <w:pPr>
        <w:pStyle w:val="LegalBody"/>
      </w:pPr>
      <w:r>
        <w:t>19.3.3. снижение приоритета в выдаче;</w:t>
      </w:r>
    </w:p>
    <w:p w14:paraId="4AF56762" w14:textId="77777777" w:rsidR="00E04250" w:rsidRDefault="00ED2AFA">
      <w:pPr>
        <w:pStyle w:val="LegalBody"/>
      </w:pPr>
      <w:r>
        <w:t>19.3.4. штраф 300 рублей за случай, но не более 1 500 рублей в месяц.</w:t>
      </w:r>
    </w:p>
    <w:p w14:paraId="438BEED2" w14:textId="77777777" w:rsidR="00E04250" w:rsidRDefault="00ED2AFA">
      <w:pPr>
        <w:pStyle w:val="LegalBody"/>
      </w:pPr>
      <w:r>
        <w:t>19.4. За недостоверную информацию в карточке Исполнителя Платформа вправе направить требование об исправлении. Е</w:t>
      </w:r>
      <w:r>
        <w:t>сли Исполнитель не исправит данные в течение одного рабочего дня, Платформа вправе временно скрыть карточку до устранения нарушения.</w:t>
      </w:r>
    </w:p>
    <w:p w14:paraId="6A55CE6B" w14:textId="77777777" w:rsidR="00E04250" w:rsidRDefault="00ED2AFA">
      <w:pPr>
        <w:pStyle w:val="LegalBody"/>
      </w:pPr>
      <w:r>
        <w:t>19.5. За грубое нарушение, повлекшее жалобу Заказчика, повреждение автомобиля, конфликт, угрозу безопасности или существенн</w:t>
      </w:r>
      <w:r>
        <w:t>ый репутационный риск, Платформа вправе временно ограничить доступ Исполнителя к новым Заявкам до выяснения обстоятельств.</w:t>
      </w:r>
    </w:p>
    <w:p w14:paraId="78DCE0CB" w14:textId="77777777" w:rsidR="00E04250" w:rsidRDefault="00ED2AFA">
      <w:pPr>
        <w:pStyle w:val="LegalBody"/>
      </w:pPr>
      <w:r>
        <w:t>19.6. Общая сумма договорных штрафов по настоящему договору не может превышать 5 000 рублей за календарный месяц, если нарушение не с</w:t>
      </w:r>
      <w:r>
        <w:t>вязано с умышленным обходом Платформы, причинением убытков, недостоверной информацией, ущербом Заказчику или незаконным использованием персональных данных.</w:t>
      </w:r>
    </w:p>
    <w:p w14:paraId="4CA8CA99" w14:textId="77777777" w:rsidR="00E04250" w:rsidRDefault="00ED2AFA">
      <w:pPr>
        <w:pStyle w:val="LegalBody"/>
      </w:pPr>
      <w:r>
        <w:lastRenderedPageBreak/>
        <w:t>19.7. Исполнитель обязан возместить Платформе реальные убытки, расходы, возвраты, штрафы, компенсаци</w:t>
      </w:r>
      <w:r>
        <w:t>и и судебные издержки, возникшие вследствие ненадлежащего оказания услуг Исполнителем, недостоверной информации, нарушения закона или причинения ущерба Заказчику.</w:t>
      </w:r>
    </w:p>
    <w:p w14:paraId="02713D5B" w14:textId="77777777" w:rsidR="00E04250" w:rsidRDefault="00ED2AFA">
      <w:pPr>
        <w:pStyle w:val="SectionHeading"/>
      </w:pPr>
      <w:r>
        <w:t>20. РЕЙТИНГ, ОТЗЫВЫ И ПРИОРИТЕТ ВЫДАЧИ</w:t>
      </w:r>
    </w:p>
    <w:p w14:paraId="4D4B8381" w14:textId="77777777" w:rsidR="00E04250" w:rsidRDefault="00ED2AFA">
      <w:pPr>
        <w:pStyle w:val="LegalBody"/>
      </w:pPr>
      <w:r>
        <w:t xml:space="preserve">20.1. Платформа вправе размещать рейтинг Исполнителя, </w:t>
      </w:r>
      <w:r>
        <w:t>отзывы Заказчиков, отметки качества, категории и иные показатели.</w:t>
      </w:r>
    </w:p>
    <w:p w14:paraId="6500D596" w14:textId="77777777" w:rsidR="00E04250" w:rsidRDefault="00ED2AFA">
      <w:pPr>
        <w:pStyle w:val="LegalBody"/>
      </w:pPr>
      <w:r>
        <w:t>20.2. Платформа вправе скрывать, понижать в выдаче, ограничивать или блокировать Исполнителя при наличии жалоб, низкого рейтинга, недостоверной информации, отказов от заявок, нарушений сроко</w:t>
      </w:r>
      <w:r>
        <w:t>в или признаков недобросовестного поведения.</w:t>
      </w:r>
    </w:p>
    <w:p w14:paraId="6C0ED7A5" w14:textId="77777777" w:rsidR="00E04250" w:rsidRDefault="00ED2AFA">
      <w:pPr>
        <w:pStyle w:val="LegalBody"/>
      </w:pPr>
      <w:r>
        <w:t xml:space="preserve">20.3. Платформа вправе учитывать рейтинг, скорость обработки Заявок, полноту фотоотчётов, качество отчётов автоподбора, качество отчётов проверки в СТО, качество коммуникации, наличие жалоб, количество успешных </w:t>
      </w:r>
      <w:r>
        <w:t>Заявок и иные показатели при распределении Заявок.</w:t>
      </w:r>
    </w:p>
    <w:p w14:paraId="1073D453" w14:textId="77777777" w:rsidR="00E04250" w:rsidRDefault="00ED2AFA">
      <w:pPr>
        <w:pStyle w:val="LegalBody"/>
      </w:pPr>
      <w:r>
        <w:t>20.4. Платформа вправе удалять или скрывать отзывы, содержащие оскорбления, персональные данные, недостоверные сведения, спам, незаконную информацию или сведения, не относящиеся к Заявке.</w:t>
      </w:r>
    </w:p>
    <w:p w14:paraId="46A51F89" w14:textId="77777777" w:rsidR="00E04250" w:rsidRDefault="00ED2AFA">
      <w:pPr>
        <w:pStyle w:val="LegalBody"/>
      </w:pPr>
      <w:r>
        <w:t xml:space="preserve">20.5. </w:t>
      </w:r>
      <w:r>
        <w:t>Наличие положительного рейтинга не является гарантией получения Исполнителем определённого количества Заявок.</w:t>
      </w:r>
    </w:p>
    <w:p w14:paraId="47B7AB21" w14:textId="77777777" w:rsidR="00E04250" w:rsidRDefault="00ED2AFA">
      <w:pPr>
        <w:pStyle w:val="SectionHeading"/>
      </w:pPr>
      <w:r>
        <w:t>21. ПЕРСОНАЛЬНЫЕ ДАННЫЕ И КОНФИДЕНЦИАЛЬНОСТЬ</w:t>
      </w:r>
    </w:p>
    <w:p w14:paraId="6C2CDB17" w14:textId="77777777" w:rsidR="00E04250" w:rsidRDefault="00ED2AFA">
      <w:pPr>
        <w:pStyle w:val="LegalBody"/>
      </w:pPr>
      <w:r>
        <w:t>21.1. Исполнитель обязуется использовать персональные данные Заказчиков только для исполнения конкрет</w:t>
      </w:r>
      <w:r>
        <w:t>ной Заявки.</w:t>
      </w:r>
    </w:p>
    <w:p w14:paraId="0FDDF3D9" w14:textId="77777777" w:rsidR="00E04250" w:rsidRDefault="00ED2AFA">
      <w:pPr>
        <w:pStyle w:val="LegalBody"/>
      </w:pPr>
      <w:r>
        <w:t>21.2. Исполнитель не вправе передавать персональные данные Заказчиков третьим лицам, использовать их для рассылок, рекламы, повторных обращений вне Платформы, если Заказчик не дал отдельное согласие.</w:t>
      </w:r>
    </w:p>
    <w:p w14:paraId="50E09449" w14:textId="77777777" w:rsidR="00E04250" w:rsidRDefault="00ED2AFA">
      <w:pPr>
        <w:pStyle w:val="LegalBody"/>
      </w:pPr>
      <w:r>
        <w:t>21.3. Исполнитель обязан соблюдать требовани</w:t>
      </w:r>
      <w:r>
        <w:t>я законодательства о персональных данных.</w:t>
      </w:r>
    </w:p>
    <w:p w14:paraId="52A5A729" w14:textId="77777777" w:rsidR="00E04250" w:rsidRDefault="00ED2AFA">
      <w:pPr>
        <w:pStyle w:val="LegalBody"/>
      </w:pPr>
      <w:r>
        <w:t>21.4. Исполнитель обязан обеспечить конфиденциальность коммерческой, технической, финансовой и иной информации, полученной от Платформы.</w:t>
      </w:r>
    </w:p>
    <w:p w14:paraId="380AA64A" w14:textId="77777777" w:rsidR="00E04250" w:rsidRDefault="00ED2AFA">
      <w:pPr>
        <w:pStyle w:val="LegalBody"/>
      </w:pPr>
      <w:r>
        <w:t>21.5. При нарушении режима персональных данных Исполнитель самостоятельно нес</w:t>
      </w:r>
      <w:r>
        <w:t>ёт ответственность перед Заказчиками, Платформой, уполномоченными органами и иными лицами.</w:t>
      </w:r>
    </w:p>
    <w:p w14:paraId="0B9A28EC" w14:textId="77777777" w:rsidR="00E04250" w:rsidRDefault="00ED2AFA">
      <w:pPr>
        <w:pStyle w:val="LegalBody"/>
      </w:pPr>
      <w:r>
        <w:t>21.6. Если из-за нарушения Исполнителем правил обработки персональных данных Платформа понесёт расходы, убытки, штрафы или иные потери, Исполнитель обязан возместить</w:t>
      </w:r>
      <w:r>
        <w:t xml:space="preserve"> такие суммы Платформе.</w:t>
      </w:r>
    </w:p>
    <w:p w14:paraId="34209684" w14:textId="77777777" w:rsidR="00E04250" w:rsidRDefault="00ED2AFA">
      <w:r>
        <w:t>21.7. Сведения из цифрового гаража, истории автомобиля, документов, отчётов, фотоотчётов и расходов автомобиля могут использоваться Исполнителем только для выполнения соответствующей Заявки и не могут использоваться для самостоятель</w:t>
      </w:r>
      <w:r>
        <w:t>ной рекламы, переманивания клиентов или иных целей вне Платформы.</w:t>
      </w:r>
    </w:p>
    <w:p w14:paraId="613B02F1" w14:textId="77777777" w:rsidR="00E04250" w:rsidRDefault="00ED2AFA">
      <w:pPr>
        <w:pStyle w:val="SectionHeading"/>
      </w:pPr>
      <w:r>
        <w:t>22. МОДУЛИ ПЛАТФОРМЫ, ПАРТНЁРСКИЕ СЕРВИСЫ, АВТОРИЗАЦИЯ И ОБМЕН ДАННЫМИ</w:t>
      </w:r>
    </w:p>
    <w:p w14:paraId="2FECD236" w14:textId="77777777" w:rsidR="00E04250" w:rsidRDefault="00ED2AFA">
      <w:pPr>
        <w:pStyle w:val="LegalBody"/>
      </w:pPr>
      <w:r>
        <w:t>22.1. Платформа может состоять из отдельных функциональных модулей, включая модуль для СТО, модуль для Выездных мастеро</w:t>
      </w:r>
      <w:r>
        <w:t>в, модуль для Эвакуаторов / Партнёров, модуль автоподбора, модуль проверки автомобиля перед покупкой, модуль цифрового гаража, корпоративный гараж, CRM-модуль, модуль финансов, модуль отчётности, модуль тарифов и иные модули.</w:t>
      </w:r>
    </w:p>
    <w:p w14:paraId="2B49225B" w14:textId="77777777" w:rsidR="00E04250" w:rsidRDefault="00ED2AFA">
      <w:pPr>
        <w:pStyle w:val="LegalBody"/>
      </w:pPr>
      <w:r>
        <w:lastRenderedPageBreak/>
        <w:t xml:space="preserve">22.2. Авторизация Исполнителя </w:t>
      </w:r>
      <w:r>
        <w:t>в отдельных модулях Платформы осуществляется с использованием учётных данных Исполнителя в мобильном приложении «ВРУМ», личном кабинете, по номеру телефона, email, логину, паролю, одноразовому коду, токену авторизации, push-подтверждению или иным способом,</w:t>
      </w:r>
      <w:r>
        <w:t xml:space="preserve"> предусмотренным Платформой.</w:t>
      </w:r>
    </w:p>
    <w:p w14:paraId="2FB7D480" w14:textId="77777777" w:rsidR="00E04250" w:rsidRDefault="00ED2AFA">
      <w:pPr>
        <w:pStyle w:val="LegalBody"/>
      </w:pPr>
      <w:r>
        <w:t>22.3. Использование отдельного модуля Платформы может регулироваться настоящей офертой, Тарифами, пользовательским соглашением, правилами соответствующего модуля, отдельным соглашением, правилами партнёрского сервиса или иным п</w:t>
      </w:r>
      <w:r>
        <w:t>равовым документом, размещённым в Платформе или на сайте Платформы.</w:t>
      </w:r>
    </w:p>
    <w:p w14:paraId="3A600B5E" w14:textId="77777777" w:rsidR="00E04250" w:rsidRDefault="00ED2AFA">
      <w:pPr>
        <w:pStyle w:val="LegalBody"/>
      </w:pPr>
      <w:r>
        <w:t>22.4. Если отдельный модуль, функция, сервис, платёжный инструмент, сервис фискализации, сервис электронного документооборота, сервис проверки данных, сервис маршрутизации, сервис связи, с</w:t>
      </w:r>
      <w:r>
        <w:t>ервис уведомлений, сервис страхования, сервис автоподбора, сервис эвакуации или иной функционал предоставляется с участием партнёра, оператора, правообладателя, поставщика технологии или иного третьего лица, Исполнитель соглашается, что для работы такого м</w:t>
      </w:r>
      <w:r>
        <w:t>одуля может потребоваться передача данных такому лицу.</w:t>
      </w:r>
    </w:p>
    <w:p w14:paraId="11A0D8F6" w14:textId="77777777" w:rsidR="00E04250" w:rsidRDefault="00ED2AFA">
      <w:pPr>
        <w:pStyle w:val="LegalBody"/>
      </w:pPr>
      <w:r>
        <w:t>22.5. В целях подключения Исполнителя к Платформе, обработки Заявок, передачи Лидов, приёма оплаты, формирования чеков, выплаты денежных средств, проверки данных, обеспечения фотоотчётов, модерации, эл</w:t>
      </w:r>
      <w:r>
        <w:t>ектронного документооборота, работы цифрового гаража, связи с Заказчиками, разрешения споров и исполнения настоящей оферты Платформа вправе обрабатывать и передавать необходимую информацию Исполнителя, его представителей, работников, привлечённых лиц, Зака</w:t>
      </w:r>
      <w:r>
        <w:t>зчиков и транспортных средств операторам платёжных сервисов, операторам фискализации, операторам электронного документооборота, операторам связи, техническим подрядчикам, партнёрам, страховым организациям, СТО, Выездным мастерам, Автоэкспертам, Эвакуаторам</w:t>
      </w:r>
      <w:r>
        <w:t xml:space="preserve"> / Партнёрам и иным лицам, участвующим в исполнении Заявки или обеспечении работы Платформы.</w:t>
      </w:r>
    </w:p>
    <w:p w14:paraId="62B0179A" w14:textId="77777777" w:rsidR="00E04250" w:rsidRDefault="00ED2AFA">
      <w:pPr>
        <w:pStyle w:val="LegalBody"/>
      </w:pPr>
      <w:r>
        <w:t>22.6. Перечень отдельных партнёров, операторов и третьих лиц, участвующих в работе Платформы, может размещаться на сайте Платформы по адресу wroomauto.ru/legal/par</w:t>
      </w:r>
      <w:r>
        <w:t>tners и/или в мобильном приложении «ВРУМ». Платформа вправе изменять такой перечень в одностороннем порядке, если это необходимо для работы Платформы, подключения новых сервисов, изменения технической схемы, замены подрядчика или соблюдения требований зако</w:t>
      </w:r>
      <w:r>
        <w:t>на.</w:t>
      </w:r>
    </w:p>
    <w:p w14:paraId="18865EAB" w14:textId="77777777" w:rsidR="00E04250" w:rsidRDefault="00ED2AFA">
      <w:pPr>
        <w:pStyle w:val="LegalBody"/>
      </w:pPr>
      <w:r>
        <w:t>22.7. Исполнитель обязан иметь законные основания для передачи Платформе персональных данных своих представителей, работников, мастеров, водителей, курьеров, специалистов, автоэкспертов, диспетчеров, контактных лиц и иных лиц, данные которых Исполнител</w:t>
      </w:r>
      <w:r>
        <w:t>ь передаёт или загружает в Платформу.</w:t>
      </w:r>
    </w:p>
    <w:p w14:paraId="75EA72ED" w14:textId="77777777" w:rsidR="00E04250" w:rsidRDefault="00ED2AFA">
      <w:pPr>
        <w:pStyle w:val="LegalBody"/>
      </w:pPr>
      <w:r>
        <w:t xml:space="preserve">22.8. Исполнитель обязан самостоятельно получить необходимые согласия, уведомления, разрешения и иные правовые основания для обработки и передачи персональных данных лиц, указанных в пункте 22.7 настоящей </w:t>
      </w:r>
      <w:r>
        <w:t>оферты, если такие согласия или основания требуются законодательством Российской Федерации.</w:t>
      </w:r>
    </w:p>
    <w:p w14:paraId="3E47DFC4" w14:textId="77777777" w:rsidR="00E04250" w:rsidRDefault="00ED2AFA">
      <w:pPr>
        <w:pStyle w:val="LegalBody"/>
      </w:pPr>
      <w:r>
        <w:t>22.9. Предложения, условия, акции, услуги, программы лояльности, гарантии, сервисные планы, страховые продукты, финансовые продукты, услуги партнёров и иные предлож</w:t>
      </w:r>
      <w:r>
        <w:t>ения третьих лиц, доступные через Платформу, не входят в состав услуг Платформы, если иное прямо не указано в интерфейсе Платформы, настоящей оферте, пользовательском соглашении или отдельном соглашении.</w:t>
      </w:r>
    </w:p>
    <w:p w14:paraId="66602ACE" w14:textId="77777777" w:rsidR="00E04250" w:rsidRDefault="00ED2AFA">
      <w:pPr>
        <w:pStyle w:val="LegalBody"/>
      </w:pPr>
      <w:r>
        <w:t>22.10. Правоотношения Исполнителя с партнёрами, опер</w:t>
      </w:r>
      <w:r>
        <w:t>аторами, поставщиками технологий, страховыми организациями, платёжными сервисами, операторами ЭДО, операторами фискализации и иными третьими лицами могут регулироваться отдельными договорами, правилами и документами таких лиц.</w:t>
      </w:r>
    </w:p>
    <w:p w14:paraId="1257216A" w14:textId="77777777" w:rsidR="00E04250" w:rsidRDefault="00ED2AFA">
      <w:pPr>
        <w:pStyle w:val="LegalBody"/>
      </w:pPr>
      <w:r>
        <w:lastRenderedPageBreak/>
        <w:t>22.11. ВРУМ не контролирует и</w:t>
      </w:r>
      <w:r>
        <w:t xml:space="preserve"> не определяет содержание самостоятельных предложений партнёров, условия оказания ими услуг, их тарифы, гарантии, качество, сроки, доступность и последствия использования таких услуг, если иное прямо не предусмотрено отдельным соглашением с ВРУМ.</w:t>
      </w:r>
    </w:p>
    <w:p w14:paraId="33A9ADA9" w14:textId="77777777" w:rsidR="00E04250" w:rsidRDefault="00ED2AFA">
      <w:pPr>
        <w:pStyle w:val="LegalBody"/>
      </w:pPr>
      <w:r>
        <w:t>22.12. Ис</w:t>
      </w:r>
      <w:r>
        <w:t>пользование Платформы не предоставляет Исполнителю право действовать от имени ВРУМ, Заказчика, партнёра, оператора, СТО, Автоэксперта, Эвакуатора / Партнёра или иного лица без отдельного договора, доверенности или иного законного основания.</w:t>
      </w:r>
    </w:p>
    <w:p w14:paraId="0F77F12F" w14:textId="77777777" w:rsidR="00E04250" w:rsidRDefault="00ED2AFA">
      <w:pPr>
        <w:pStyle w:val="LegalBody"/>
      </w:pPr>
      <w:r>
        <w:t>22.13. Исполнит</w:t>
      </w:r>
      <w:r>
        <w:t>ель не вправе представляться работником, филиалом, представителем, агентом, официальным партнёром или уполномоченным лицом ВРУМ, партнёра или Заказчика, если соответствующий статус прямо не предоставлен ему отдельным письменным соглашением, доверенностью и</w:t>
      </w:r>
      <w:r>
        <w:t>ли интерфейсом Платформы.</w:t>
      </w:r>
    </w:p>
    <w:p w14:paraId="076C41D0" w14:textId="77777777" w:rsidR="00E04250" w:rsidRDefault="00ED2AFA">
      <w:pPr>
        <w:pStyle w:val="LegalBody"/>
      </w:pPr>
      <w:r>
        <w:t>22.14. Платформа вправе вести журнал действий Исполнителя в модулях Платформы, включая сведения об авторизации, подключении модулей, согласии с правилами модулей, передаче данных, использовании платных функций, действиях с Заявкам</w:t>
      </w:r>
      <w:r>
        <w:t>и, загрузке документов, изменении статусов и иных действиях.</w:t>
      </w:r>
    </w:p>
    <w:p w14:paraId="5F2582B5" w14:textId="77777777" w:rsidR="00E04250" w:rsidRDefault="00ED2AFA">
      <w:pPr>
        <w:pStyle w:val="LegalBody"/>
      </w:pPr>
      <w:r>
        <w:t xml:space="preserve">22.15. Данные журналов, технические логи, история авторизации, история действий в модулях, история согласий, история передачи данных и история изменений статусов признаются Сторонами допустимыми </w:t>
      </w:r>
      <w:r>
        <w:t>доказательствами при рассмотрении споров между Платформой и Исполнителем.</w:t>
      </w:r>
    </w:p>
    <w:p w14:paraId="3D1431CC" w14:textId="77777777" w:rsidR="00E04250" w:rsidRDefault="00ED2AFA">
      <w:pPr>
        <w:pStyle w:val="SectionHeading"/>
      </w:pPr>
      <w:r>
        <w:t>23. ИНТЕЛЛЕКТУАЛЬНАЯ СОБСТВЕННОСТЬ И БРЕНД ВРУМ</w:t>
      </w:r>
    </w:p>
    <w:p w14:paraId="4AC722FE" w14:textId="77777777" w:rsidR="00E04250" w:rsidRDefault="00ED2AFA">
      <w:pPr>
        <w:pStyle w:val="LegalBody"/>
      </w:pPr>
      <w:r>
        <w:t>23.1. Исполнитель не приобретает прав на товарные знаки, логотипы, дизайн, программный код, интерфейсы, базы данных, тексты, изображен</w:t>
      </w:r>
      <w:r>
        <w:t>ия, коммерческие обозначения и иные объекты Платформы.</w:t>
      </w:r>
    </w:p>
    <w:p w14:paraId="549659D7" w14:textId="77777777" w:rsidR="00E04250" w:rsidRDefault="00ED2AFA">
      <w:pPr>
        <w:pStyle w:val="LegalBody"/>
      </w:pPr>
      <w:r>
        <w:t>23.2. Исполнитель не вправе использовать бренд ВРУМ, логотип, фирменное наименование, визуальные материалы или иные элементы Платформы без согласия Платформы.</w:t>
      </w:r>
    </w:p>
    <w:p w14:paraId="270178B4" w14:textId="77777777" w:rsidR="00E04250" w:rsidRDefault="00ED2AFA">
      <w:pPr>
        <w:pStyle w:val="LegalBody"/>
      </w:pPr>
      <w:r>
        <w:t xml:space="preserve">23.3. Размещение Исполнителя в </w:t>
      </w:r>
      <w:r>
        <w:t>Платформе не означает передачу Исполнителю каких-либо исключительных прав.</w:t>
      </w:r>
    </w:p>
    <w:p w14:paraId="7E8064EF" w14:textId="77777777" w:rsidR="00E04250" w:rsidRDefault="00ED2AFA">
      <w:r>
        <w:t>23.4. Исполнитель не вправе копировать структуру, дизайн, базу данных, клиентские материалы, логику цифрового гаража, формы отчётов или иные элементы Платформы для создания конкурир</w:t>
      </w:r>
      <w:r>
        <w:t>ующего сервиса.</w:t>
      </w:r>
    </w:p>
    <w:p w14:paraId="1EAD12F9" w14:textId="77777777" w:rsidR="00E04250" w:rsidRDefault="00ED2AFA">
      <w:pPr>
        <w:pStyle w:val="SectionHeading"/>
      </w:pPr>
      <w:r>
        <w:t>24. ОГРАНИЧЕНИЕ ОТВЕТСТВЕННОСТИ ПЛАТФОРМЫ</w:t>
      </w:r>
    </w:p>
    <w:p w14:paraId="70BD8E88" w14:textId="77777777" w:rsidR="00E04250" w:rsidRDefault="00ED2AFA">
      <w:pPr>
        <w:pStyle w:val="LegalBody"/>
      </w:pPr>
      <w:r>
        <w:t>24.1. Платформа не отвечает за действия, бездействие, качество услуг, сотрудников, мастеров, подрядчиков, оборудование, материалы, запчасти, сроки и результаты работ Исполнителя.</w:t>
      </w:r>
    </w:p>
    <w:p w14:paraId="3311DA76" w14:textId="77777777" w:rsidR="00E04250" w:rsidRDefault="00ED2AFA">
      <w:pPr>
        <w:pStyle w:val="LegalBody"/>
      </w:pPr>
      <w:r>
        <w:t xml:space="preserve">24.2. Платформа не </w:t>
      </w:r>
      <w:r>
        <w:t>отвечает за убытки Исполнителя, связанные с отсутствием Заявок, изменением спроса, действиями Заказчиков, отказами Заказчиков, конкуренцией, изменением алгоритмов выдачи, блокировкой при нарушениях или техническими сбоями, если такие убытки не вызваны вино</w:t>
      </w:r>
      <w:r>
        <w:t>вными действиями Платформы.</w:t>
      </w:r>
    </w:p>
    <w:p w14:paraId="4EF6BFCD" w14:textId="77777777" w:rsidR="00E04250" w:rsidRDefault="00ED2AFA">
      <w:pPr>
        <w:pStyle w:val="LegalBody"/>
      </w:pPr>
      <w:r>
        <w:t>24.3. Платформа не гарантирует Исполнителю определённое количество Заявок, Лидов, клиентов, записей, оборота или прибыли, если иное прямо не предусмотрено отдельным письменным соглашением.</w:t>
      </w:r>
    </w:p>
    <w:p w14:paraId="6B28FAA1" w14:textId="77777777" w:rsidR="00E04250" w:rsidRDefault="00ED2AFA">
      <w:pPr>
        <w:pStyle w:val="LegalBody"/>
      </w:pPr>
      <w:r>
        <w:t>24.4. Ответственность Платформы перед И</w:t>
      </w:r>
      <w:r>
        <w:t>сполнителем в любом случае ограничивается суммой вознаграждения, фактически полученного Платформой от Исполнителя за последний календарный месяц до события, послужившего основанием для требования.</w:t>
      </w:r>
    </w:p>
    <w:p w14:paraId="1E23E68E" w14:textId="77777777" w:rsidR="00E04250" w:rsidRDefault="00ED2AFA">
      <w:pPr>
        <w:pStyle w:val="LegalBody"/>
      </w:pPr>
      <w:r>
        <w:lastRenderedPageBreak/>
        <w:t xml:space="preserve">24.5. Ограничение ответственности Платформы не применяется </w:t>
      </w:r>
      <w:r>
        <w:t>в случаях, когда такое ограничение прямо запрещено императивными нормами законодательства.</w:t>
      </w:r>
    </w:p>
    <w:p w14:paraId="625096FF" w14:textId="77777777" w:rsidR="00E04250" w:rsidRDefault="00ED2AFA">
      <w:r>
        <w:t xml:space="preserve">24.6. Платформа не отвечает за скрытые дефекты автомобиля, юридические ограничения, залоги, розыск, запреты регистрационных действий, скрученный пробег, последствия </w:t>
      </w:r>
      <w:r>
        <w:t>ДТП, действия продавца автомобиля, достоверность сведений третьих лиц и иные обстоятельства, которые относятся к автомобилю, продавцу, Заказчику или Исполнителю, а не к техническим услугам Платформы.</w:t>
      </w:r>
    </w:p>
    <w:p w14:paraId="48BDA46E" w14:textId="77777777" w:rsidR="00E04250" w:rsidRDefault="00ED2AFA">
      <w:pPr>
        <w:pStyle w:val="LegalBody"/>
      </w:pPr>
      <w:r>
        <w:t>24.7. Платформа не гарантирует соответствие Платформы, о</w:t>
      </w:r>
      <w:r>
        <w:t>тдельных модулей, личного кабинета, цифрового гаража, аналитики, рейтинга, алгоритмов распределения Заявок, платёжных инструментов, уведомлений или иных функций целям, ожиданиям, коммерческим планам или внутренним процессам Исполнителя.</w:t>
      </w:r>
    </w:p>
    <w:p w14:paraId="2E59EA1A" w14:textId="77777777" w:rsidR="00E04250" w:rsidRDefault="00ED2AFA">
      <w:pPr>
        <w:pStyle w:val="LegalBody"/>
      </w:pPr>
      <w:r>
        <w:t xml:space="preserve">24.8. Платформа не </w:t>
      </w:r>
      <w:r>
        <w:t>гарантирует бесперебойную, непрерывную, безошибочную и круглосуточную работу Платформы, отдельных модулей, сайта, мобильного приложения, личного кабинета, платёжных сервисов, сервисов фискализации, сервисов ЭДО, сервисов связи, карт, маршрутизации, уведомл</w:t>
      </w:r>
      <w:r>
        <w:t>ений и иных технических средств.</w:t>
      </w:r>
    </w:p>
    <w:p w14:paraId="4A76AEA0" w14:textId="77777777" w:rsidR="00E04250" w:rsidRDefault="00ED2AFA">
      <w:pPr>
        <w:pStyle w:val="LegalBody"/>
      </w:pPr>
      <w:r>
        <w:t>24.9. Платформа вправе временно ограничивать доступ к Платформе, отдельным модулям или функциям для профилактики, обновления, исправления ошибок, изменения архитектуры, обеспечения безопасности, исполнения требований закона</w:t>
      </w:r>
      <w:r>
        <w:t>, замены подрядчика или предотвращения злоупотреблений.</w:t>
      </w:r>
    </w:p>
    <w:p w14:paraId="46161F65" w14:textId="77777777" w:rsidR="00E04250" w:rsidRDefault="00ED2AFA">
      <w:pPr>
        <w:pStyle w:val="LegalBody"/>
      </w:pPr>
      <w:r>
        <w:t>24.10. Платформа не несёт ответственности за невозможность использования Платформы, задержки, технические сбои, ошибки связи, недоступность сторонних сервисов, действия операторов связи, платёжных сер</w:t>
      </w:r>
      <w:r>
        <w:t>висов, операторов ЭДО, операторов фискализации, картографических сервисов, банков, удостоверяющих центров, партнёров и иных третьих лиц, если такие обстоятельства не вызваны виновными действиями Платформы.</w:t>
      </w:r>
    </w:p>
    <w:p w14:paraId="59BF356A" w14:textId="77777777" w:rsidR="00E04250" w:rsidRDefault="00ED2AFA">
      <w:pPr>
        <w:pStyle w:val="LegalBody"/>
      </w:pPr>
      <w:r>
        <w:t>24.11. Платформа не контролирует и не влияет на са</w:t>
      </w:r>
      <w:r>
        <w:t>мостоятельные правовые отношения между Заказчиком и Исполнителем по фактическому оказанию услуг, а также на самостоятельные правовые отношения Исполнителя с партнёрами, подрядчиками, работниками, привлечёнными лицами, поставщиками запчастей, страховщиками,</w:t>
      </w:r>
      <w:r>
        <w:t xml:space="preserve"> банками и иными лицами.</w:t>
      </w:r>
    </w:p>
    <w:p w14:paraId="1771078A" w14:textId="77777777" w:rsidR="00E04250" w:rsidRDefault="00ED2AFA">
      <w:pPr>
        <w:pStyle w:val="LegalBody"/>
      </w:pPr>
      <w:r>
        <w:t>24.12. Любые предложения партнёров, третьих лиц или иных участников, размещённые или доступные через Платформу, регулируются отдельными условиями соответствующих лиц, если иное прямо не предусмотрено документами Платформы.</w:t>
      </w:r>
    </w:p>
    <w:p w14:paraId="663AFF6A" w14:textId="77777777" w:rsidR="00E04250" w:rsidRDefault="00ED2AFA">
      <w:pPr>
        <w:pStyle w:val="LegalBody"/>
      </w:pPr>
      <w:r>
        <w:t>24.13. П</w:t>
      </w:r>
      <w:r>
        <w:t>латформа не возмещает Исполнителю упущенную выгоду, потерю клиентов, снижение загрузки, простой работников, невозможность получить Заявки, снижение рейтинга, расходы на собственную рекламу, расходы на содержание персонала, транспорта, помещения, оборудован</w:t>
      </w:r>
      <w:r>
        <w:t>ия или иные косвенные потери, если иное прямо не установлено императивными нормами закона или отдельным письменным соглашением.</w:t>
      </w:r>
    </w:p>
    <w:p w14:paraId="00656DE3" w14:textId="77777777" w:rsidR="00E04250" w:rsidRDefault="00ED2AFA">
      <w:pPr>
        <w:pStyle w:val="SectionHeading"/>
      </w:pPr>
      <w:r>
        <w:t>25. БЛОКИРОВКА И ОТКЛЮЧЕНИЕ</w:t>
      </w:r>
    </w:p>
    <w:p w14:paraId="4E3551EA" w14:textId="77777777" w:rsidR="00E04250" w:rsidRDefault="00ED2AFA">
      <w:pPr>
        <w:pStyle w:val="LegalBody"/>
      </w:pPr>
      <w:r>
        <w:t>25.1. Платформа вправе временно ограничить или полностью прекратить доступ Исполнителя к Платформе в</w:t>
      </w:r>
      <w:r>
        <w:t xml:space="preserve"> случаях:</w:t>
      </w:r>
    </w:p>
    <w:p w14:paraId="6E945D8A" w14:textId="77777777" w:rsidR="00E04250" w:rsidRDefault="00ED2AFA">
      <w:pPr>
        <w:pStyle w:val="LegalBody"/>
      </w:pPr>
      <w:r>
        <w:t>25.1.1. жалоб Заказчиков;</w:t>
      </w:r>
    </w:p>
    <w:p w14:paraId="4CD57610" w14:textId="77777777" w:rsidR="00E04250" w:rsidRDefault="00ED2AFA">
      <w:pPr>
        <w:pStyle w:val="LegalBody"/>
      </w:pPr>
      <w:r>
        <w:t>25.1.2. недостоверной информации;</w:t>
      </w:r>
    </w:p>
    <w:p w14:paraId="341F1243" w14:textId="77777777" w:rsidR="00E04250" w:rsidRDefault="00ED2AFA">
      <w:pPr>
        <w:pStyle w:val="LegalBody"/>
      </w:pPr>
      <w:r>
        <w:t>25.1.3. нарушения сроков обработки Заявок;</w:t>
      </w:r>
    </w:p>
    <w:p w14:paraId="270C7500" w14:textId="77777777" w:rsidR="00E04250" w:rsidRDefault="00ED2AFA">
      <w:pPr>
        <w:pStyle w:val="LegalBody"/>
      </w:pPr>
      <w:r>
        <w:t>25.1.4. попытки обхода Платформы;</w:t>
      </w:r>
    </w:p>
    <w:p w14:paraId="23F1409E" w14:textId="77777777" w:rsidR="00E04250" w:rsidRDefault="00ED2AFA">
      <w:pPr>
        <w:pStyle w:val="LegalBody"/>
      </w:pPr>
      <w:r>
        <w:lastRenderedPageBreak/>
        <w:t>25.1.5. неоплаты вознаграждения Платформы;</w:t>
      </w:r>
    </w:p>
    <w:p w14:paraId="7948A90A" w14:textId="77777777" w:rsidR="00E04250" w:rsidRDefault="00ED2AFA">
      <w:pPr>
        <w:pStyle w:val="LegalBody"/>
      </w:pPr>
      <w:r>
        <w:t>25.1.6. низкого рейтинга;</w:t>
      </w:r>
    </w:p>
    <w:p w14:paraId="7389D4F3" w14:textId="77777777" w:rsidR="00E04250" w:rsidRDefault="00ED2AFA">
      <w:pPr>
        <w:pStyle w:val="LegalBody"/>
      </w:pPr>
      <w:r>
        <w:t>25.1.7. нарушения законодательства;</w:t>
      </w:r>
    </w:p>
    <w:p w14:paraId="09BB52E9" w14:textId="77777777" w:rsidR="00E04250" w:rsidRDefault="00ED2AFA">
      <w:pPr>
        <w:pStyle w:val="LegalBody"/>
      </w:pPr>
      <w:r>
        <w:t>25.1</w:t>
      </w:r>
      <w:r>
        <w:t>.8. причинения ущерба Заказчику;</w:t>
      </w:r>
    </w:p>
    <w:p w14:paraId="72686605" w14:textId="77777777" w:rsidR="00E04250" w:rsidRDefault="00ED2AFA">
      <w:pPr>
        <w:pStyle w:val="LegalBody"/>
      </w:pPr>
      <w:r>
        <w:t>25.1.9. грубого или неэтичного поведения;</w:t>
      </w:r>
    </w:p>
    <w:p w14:paraId="2A1EC28E" w14:textId="77777777" w:rsidR="00E04250" w:rsidRDefault="00ED2AFA">
      <w:pPr>
        <w:pStyle w:val="LegalBody"/>
      </w:pPr>
      <w:r>
        <w:t>25.1.10. отсутствия обязательного фотоотчёта, Отчёта автоподбора или Отчёта проверки в СТО;</w:t>
      </w:r>
    </w:p>
    <w:p w14:paraId="791A9B6C" w14:textId="77777777" w:rsidR="00E04250" w:rsidRDefault="00ED2AFA">
      <w:pPr>
        <w:pStyle w:val="LegalBody"/>
      </w:pPr>
      <w:r>
        <w:t>25.1.11. отказа предоставлять документы по спорной Заявке;</w:t>
      </w:r>
    </w:p>
    <w:p w14:paraId="0CC97646" w14:textId="77777777" w:rsidR="00E04250" w:rsidRDefault="00ED2AFA">
      <w:pPr>
        <w:pStyle w:val="LegalBody"/>
      </w:pPr>
      <w:r>
        <w:t xml:space="preserve">25.1.12. выхода </w:t>
      </w:r>
      <w:r>
        <w:t>самозанятого Исполнителя за пределы разрешённых услуг;</w:t>
      </w:r>
    </w:p>
    <w:p w14:paraId="27CB0E9C" w14:textId="77777777" w:rsidR="00E04250" w:rsidRDefault="00ED2AFA">
      <w:r>
        <w:t>25.1.13. иных действий, создающих риски для Заказчиков, Платформы или её репутации.</w:t>
      </w:r>
    </w:p>
    <w:p w14:paraId="33FC2C79" w14:textId="77777777" w:rsidR="00E04250" w:rsidRDefault="00ED2AFA">
      <w:pPr>
        <w:pStyle w:val="LegalBody"/>
      </w:pPr>
      <w:r>
        <w:t xml:space="preserve">25.2. Блокировка не освобождает Исполнителя от обязанности оплатить ранее полученные Лиды, комиссии, подписки и иные </w:t>
      </w:r>
      <w:r>
        <w:t>начисления.</w:t>
      </w:r>
    </w:p>
    <w:p w14:paraId="6C42E177" w14:textId="77777777" w:rsidR="00E04250" w:rsidRDefault="00ED2AFA">
      <w:pPr>
        <w:pStyle w:val="LegalBody"/>
      </w:pPr>
      <w:r>
        <w:t>25.3. Платформа вправе восстановить доступ Исполнителя после устранения нарушения, предоставления документов, урегулирования спора или погашения задолженности.</w:t>
      </w:r>
    </w:p>
    <w:p w14:paraId="5CD08552" w14:textId="77777777" w:rsidR="00E04250" w:rsidRDefault="00ED2AFA">
      <w:pPr>
        <w:pStyle w:val="SectionHeading"/>
      </w:pPr>
      <w:r>
        <w:t>26. ОТЧЁТЫ И ЗАКРЫВАЮЩИЕ ДОКУМЕНТЫ</w:t>
      </w:r>
    </w:p>
    <w:p w14:paraId="469774A1" w14:textId="77777777" w:rsidR="00E04250" w:rsidRDefault="00ED2AFA">
      <w:pPr>
        <w:pStyle w:val="LegalBody"/>
      </w:pPr>
      <w:r>
        <w:t>26.1. Платформа формирует отчёты о переданных Лид</w:t>
      </w:r>
      <w:r>
        <w:t>ах, Заявках, принятых платежах, удержанном вознаграждении, выплатах, комиссиях и иных операциях в личном кабинете или направляет их Исполнителю по email.</w:t>
      </w:r>
    </w:p>
    <w:p w14:paraId="3B621629" w14:textId="77777777" w:rsidR="00E04250" w:rsidRDefault="00ED2AFA">
      <w:pPr>
        <w:pStyle w:val="LegalBody"/>
      </w:pPr>
      <w:r>
        <w:t>26.2. Если Исполнитель не направит мотивированные возражения по отчёту в течение 3 рабочих дней с даты</w:t>
      </w:r>
      <w:r>
        <w:t xml:space="preserve"> его размещения или направления, отчёт считается принятым.</w:t>
      </w:r>
    </w:p>
    <w:p w14:paraId="3CF8FC49" w14:textId="77777777" w:rsidR="00E04250" w:rsidRDefault="00ED2AFA">
      <w:pPr>
        <w:pStyle w:val="LegalBody"/>
      </w:pPr>
      <w:r>
        <w:t>26.3. Стороны признают юридическую силу документов, сформированных в личном кабинете, направленных по email, подписанных простой электронной подписью или принятых путём совершения действий в Платфо</w:t>
      </w:r>
      <w:r>
        <w:t>рме.</w:t>
      </w:r>
    </w:p>
    <w:p w14:paraId="36F34ABF" w14:textId="77777777" w:rsidR="00E04250" w:rsidRDefault="00ED2AFA">
      <w:pPr>
        <w:pStyle w:val="LegalBody"/>
      </w:pPr>
      <w:r>
        <w:t>26.4. Платформа вправе хранить отчёты, документы, фотоотчёты, отчёты автоподбора, отчёты проверки в СТО, статусы, историю изменений тарифов, историю модерации и иные данные в электронном виде.</w:t>
      </w:r>
    </w:p>
    <w:p w14:paraId="2E874D24" w14:textId="77777777" w:rsidR="00E04250" w:rsidRDefault="00ED2AFA">
      <w:r>
        <w:t xml:space="preserve">26.5. Отчёты, сформированные Платформой в </w:t>
      </w:r>
      <w:r>
        <w:t>электронном виде, признаются сторонами надлежащими документами, подтверждающими оказание услуг Платформы, передачу Лидов, удержание вознаграждения и расчёты.</w:t>
      </w:r>
    </w:p>
    <w:p w14:paraId="17A72A0F" w14:textId="77777777" w:rsidR="00E04250" w:rsidRDefault="00ED2AFA">
      <w:pPr>
        <w:pStyle w:val="SectionHeading"/>
      </w:pPr>
      <w:r>
        <w:t>27. ЭЛЕКТРОННЫЙ ДОКУМЕНТООБОРОТ И УСИЛЕННАЯ КВАЛИФИЦИРОВАННАЯ ЭЛЕКТРОННАЯ ПОДПИСЬ</w:t>
      </w:r>
    </w:p>
    <w:p w14:paraId="03053BF9" w14:textId="77777777" w:rsidR="00E04250" w:rsidRDefault="00ED2AFA">
      <w:pPr>
        <w:pStyle w:val="LegalBody"/>
      </w:pPr>
      <w:r>
        <w:t>27.1. Стороны вп</w:t>
      </w:r>
      <w:r>
        <w:t>раве осуществлять обмен юридически значимыми документами в электронной форме с использованием усиленной квалифицированной электронной подписи через оператора электронного документооборота, личный кабинет Платформы, email или иной электронный канал, согласо</w:t>
      </w:r>
      <w:r>
        <w:t>ванный Сторонами.</w:t>
      </w:r>
    </w:p>
    <w:p w14:paraId="7ADA6D9C" w14:textId="77777777" w:rsidR="00E04250" w:rsidRDefault="00ED2AFA">
      <w:pPr>
        <w:pStyle w:val="LegalBody"/>
      </w:pPr>
      <w:r>
        <w:t>27.2. К документам, которые могут оформляться и направляться в электронной форме, относятся, в том числе:</w:t>
      </w:r>
    </w:p>
    <w:p w14:paraId="28ABF5AF" w14:textId="77777777" w:rsidR="00E04250" w:rsidRDefault="00ED2AFA">
      <w:pPr>
        <w:pStyle w:val="LegalBody"/>
      </w:pPr>
      <w:r>
        <w:t>27.2.1. заявление о присоединении к оферте;</w:t>
      </w:r>
    </w:p>
    <w:p w14:paraId="67FCF64A" w14:textId="77777777" w:rsidR="00E04250" w:rsidRDefault="00ED2AFA">
      <w:pPr>
        <w:pStyle w:val="LegalBody"/>
      </w:pPr>
      <w:r>
        <w:t>27.2.2. соглашение об электронном документообороте;</w:t>
      </w:r>
    </w:p>
    <w:p w14:paraId="6E816C2B" w14:textId="77777777" w:rsidR="00E04250" w:rsidRDefault="00ED2AFA">
      <w:pPr>
        <w:pStyle w:val="LegalBody"/>
      </w:pPr>
      <w:r>
        <w:t>27.2.3. акты подключения;</w:t>
      </w:r>
    </w:p>
    <w:p w14:paraId="761F8E0D" w14:textId="77777777" w:rsidR="00E04250" w:rsidRDefault="00ED2AFA">
      <w:pPr>
        <w:pStyle w:val="LegalBody"/>
      </w:pPr>
      <w:r>
        <w:t>27.2.4. до</w:t>
      </w:r>
      <w:r>
        <w:t>полнительные соглашения;</w:t>
      </w:r>
    </w:p>
    <w:p w14:paraId="3399803C" w14:textId="77777777" w:rsidR="00E04250" w:rsidRDefault="00ED2AFA">
      <w:pPr>
        <w:pStyle w:val="LegalBody"/>
      </w:pPr>
      <w:r>
        <w:lastRenderedPageBreak/>
        <w:t>27.2.5. приложения к договору;</w:t>
      </w:r>
    </w:p>
    <w:p w14:paraId="22D94CD9" w14:textId="77777777" w:rsidR="00E04250" w:rsidRDefault="00ED2AFA">
      <w:pPr>
        <w:pStyle w:val="LegalBody"/>
      </w:pPr>
      <w:r>
        <w:t>27.2.6. акты оказанных услуг;</w:t>
      </w:r>
    </w:p>
    <w:p w14:paraId="0565EC83" w14:textId="77777777" w:rsidR="00E04250" w:rsidRDefault="00ED2AFA">
      <w:pPr>
        <w:pStyle w:val="LegalBody"/>
      </w:pPr>
      <w:r>
        <w:t>27.2.7. универсальные передаточные документы;</w:t>
      </w:r>
    </w:p>
    <w:p w14:paraId="322F229A" w14:textId="77777777" w:rsidR="00E04250" w:rsidRDefault="00ED2AFA">
      <w:pPr>
        <w:pStyle w:val="LegalBody"/>
      </w:pPr>
      <w:r>
        <w:t>27.2.8. отчёты агента;</w:t>
      </w:r>
    </w:p>
    <w:p w14:paraId="554F2C96" w14:textId="77777777" w:rsidR="00E04250" w:rsidRDefault="00ED2AFA">
      <w:pPr>
        <w:pStyle w:val="LegalBody"/>
      </w:pPr>
      <w:r>
        <w:t>27.2.9. отчёты о переданных Лидах;</w:t>
      </w:r>
    </w:p>
    <w:p w14:paraId="596E4AA3" w14:textId="77777777" w:rsidR="00E04250" w:rsidRDefault="00ED2AFA">
      <w:pPr>
        <w:pStyle w:val="LegalBody"/>
      </w:pPr>
      <w:r>
        <w:t>27.2.10. отчёты о выплатах;</w:t>
      </w:r>
    </w:p>
    <w:p w14:paraId="77322860" w14:textId="77777777" w:rsidR="00E04250" w:rsidRDefault="00ED2AFA">
      <w:pPr>
        <w:pStyle w:val="LegalBody"/>
      </w:pPr>
      <w:r>
        <w:t>27.2.11. счета;</w:t>
      </w:r>
    </w:p>
    <w:p w14:paraId="5A43F0EC" w14:textId="77777777" w:rsidR="00E04250" w:rsidRDefault="00ED2AFA">
      <w:pPr>
        <w:pStyle w:val="LegalBody"/>
      </w:pPr>
      <w:r>
        <w:t>27.2.12. счета-фактуры</w:t>
      </w:r>
      <w:r>
        <w:t>;</w:t>
      </w:r>
    </w:p>
    <w:p w14:paraId="7B7E65EC" w14:textId="77777777" w:rsidR="00E04250" w:rsidRDefault="00ED2AFA">
      <w:pPr>
        <w:pStyle w:val="LegalBody"/>
      </w:pPr>
      <w:r>
        <w:t>27.2.13. акты сверки расчётов;</w:t>
      </w:r>
    </w:p>
    <w:p w14:paraId="3B1906EC" w14:textId="77777777" w:rsidR="00E04250" w:rsidRDefault="00ED2AFA">
      <w:pPr>
        <w:pStyle w:val="LegalBody"/>
      </w:pPr>
      <w:r>
        <w:t>27.2.14. документы о расторжении договора;</w:t>
      </w:r>
    </w:p>
    <w:p w14:paraId="4A2B4CB2" w14:textId="77777777" w:rsidR="00E04250" w:rsidRDefault="00ED2AFA">
      <w:pPr>
        <w:pStyle w:val="LegalBody"/>
      </w:pPr>
      <w:r>
        <w:t>27.2.15. уведомления;</w:t>
      </w:r>
    </w:p>
    <w:p w14:paraId="7A2A3502" w14:textId="77777777" w:rsidR="00E04250" w:rsidRDefault="00ED2AFA">
      <w:pPr>
        <w:pStyle w:val="LegalBody"/>
      </w:pPr>
      <w:r>
        <w:t>27.2.16. претензии, если соответствующий способ направления допускается законодательством и согласован Сторонами;</w:t>
      </w:r>
    </w:p>
    <w:p w14:paraId="40408098" w14:textId="77777777" w:rsidR="00E04250" w:rsidRDefault="00ED2AFA">
      <w:pPr>
        <w:pStyle w:val="LegalBody"/>
      </w:pPr>
      <w:r>
        <w:t xml:space="preserve">27.2.17. иные документы, связанные с </w:t>
      </w:r>
      <w:r>
        <w:t>исполнением настоящей оферты.</w:t>
      </w:r>
    </w:p>
    <w:p w14:paraId="05920C3B" w14:textId="77777777" w:rsidR="00E04250" w:rsidRDefault="00ED2AFA">
      <w:pPr>
        <w:pStyle w:val="LegalBody"/>
      </w:pPr>
      <w:r>
        <w:t>27.3. Электронный документ, подписанный усиленной квалифицированной электронной подписью уполномоченного лица Стороны, признаётся Сторонами равнозначным документу на бумажном носителе, подписанному собственноручной подписью та</w:t>
      </w:r>
      <w:r>
        <w:t>кого лица.</w:t>
      </w:r>
    </w:p>
    <w:p w14:paraId="4EEBF213" w14:textId="77777777" w:rsidR="00E04250" w:rsidRDefault="00ED2AFA">
      <w:pPr>
        <w:pStyle w:val="LegalBody"/>
      </w:pPr>
      <w:r>
        <w:t>27.4. Если документ должен быть заверен печатью, электронный документ, подписанный усиленной квалифицированной электронной подписью, признаётся равнозначным документу на бумажном носителе, подписанному собственноручной подписью и заверенному печ</w:t>
      </w:r>
      <w:r>
        <w:t>атью, если это допускается законодательством Российской Федерации.</w:t>
      </w:r>
    </w:p>
    <w:p w14:paraId="4CB2970C" w14:textId="77777777" w:rsidR="00E04250" w:rsidRDefault="00ED2AFA">
      <w:pPr>
        <w:pStyle w:val="LegalBody"/>
      </w:pPr>
      <w:r>
        <w:t>27.5. Документы, подписанные усиленной квалифицированной электронной подписью через оператора электронного документооборота, считаются полученными другой Стороной с момента их поступления в</w:t>
      </w:r>
      <w:r>
        <w:t xml:space="preserve"> систему электронного документооборота соответствующей Стороны, если иной момент не предусмотрен оператором электронного документооборота, законодательством или соглашением Сторон.</w:t>
      </w:r>
    </w:p>
    <w:p w14:paraId="7A598085" w14:textId="77777777" w:rsidR="00E04250" w:rsidRDefault="00ED2AFA">
      <w:pPr>
        <w:pStyle w:val="LegalBody"/>
      </w:pPr>
      <w:r>
        <w:t>27.6. Датой подписания электронного документа считается дата и время создан</w:t>
      </w:r>
      <w:r>
        <w:t>ия усиленной квалифицированной электронной подписи, зафиксированные оператором электронного документооборота, удостоверяющим центром, доверенной третьей стороной, информационной системой Платформы или иным техническим средством, используемым для проверки п</w:t>
      </w:r>
      <w:r>
        <w:t>одписи.</w:t>
      </w:r>
    </w:p>
    <w:p w14:paraId="56A4745D" w14:textId="77777777" w:rsidR="00E04250" w:rsidRDefault="00ED2AFA">
      <w:pPr>
        <w:pStyle w:val="LegalBody"/>
      </w:pPr>
      <w:r>
        <w:t>27.7. При получении электронного документа, подписанного другой Стороной усиленной квалифицированной электронной подписью, другая Сторона вправе подписать такой документ своей усиленной квалифицированной электронной подписью либо совершить иное дей</w:t>
      </w:r>
      <w:r>
        <w:t>ствие, предусмотренное настоящей офертой, интерфейсом Платформы или соглашением Сторон.</w:t>
      </w:r>
    </w:p>
    <w:p w14:paraId="7E10EBF9" w14:textId="77777777" w:rsidR="00E04250" w:rsidRDefault="00ED2AFA">
      <w:pPr>
        <w:pStyle w:val="LegalBody"/>
      </w:pPr>
      <w:r>
        <w:t>27.8. Если электронный документ подписывается от имени юридического лица лицом, действующим без доверенности, полномочия такого лица определяются по сведениям ЕГРЮЛ, кв</w:t>
      </w:r>
      <w:r>
        <w:t>алифицированному сертификату, документам Исполнителя и иным доступным сведениям.</w:t>
      </w:r>
    </w:p>
    <w:p w14:paraId="6A39A7A4" w14:textId="77777777" w:rsidR="00E04250" w:rsidRDefault="00ED2AFA">
      <w:pPr>
        <w:pStyle w:val="LegalBody"/>
      </w:pPr>
      <w:r>
        <w:t>27.9. Если электронный документ подписывается представителем юридического лица или индивидуального предпринимателя, одновременно с таким документом должна быть представлена до</w:t>
      </w:r>
      <w:r>
        <w:t>веренность, машиночитаемая доверенность или иной документ, подтверждающий полномочия представителя, если такие полномочия не следуют из закона, ЕГРЮЛ, ЕГРИП или ранее представленных документов.</w:t>
      </w:r>
    </w:p>
    <w:p w14:paraId="40E125E8" w14:textId="77777777" w:rsidR="00E04250" w:rsidRDefault="00ED2AFA">
      <w:pPr>
        <w:pStyle w:val="LegalBody"/>
      </w:pPr>
      <w:r>
        <w:lastRenderedPageBreak/>
        <w:t>27.10. Стороны обязуются обеспечивать конфиденциальность ключе</w:t>
      </w:r>
      <w:r>
        <w:t>й электронных подписей, не допускать их использования третьими лицами без полномочий и незамедлительно уведомлять другую Сторону и удостоверяющий центр о нарушении конфиденциальности ключа электронной подписи.</w:t>
      </w:r>
    </w:p>
    <w:p w14:paraId="1877FB44" w14:textId="77777777" w:rsidR="00E04250" w:rsidRDefault="00ED2AFA">
      <w:pPr>
        <w:pStyle w:val="LegalBody"/>
      </w:pPr>
      <w:r>
        <w:t>27.11. Стороны признают юридическую силу элект</w:t>
      </w:r>
      <w:r>
        <w:t>ронных документов, подписанных усиленной квалифицированной электронной подписью, а также документов, переданных через оператора электронного документооборота, независимо от последующего изготовления их копий на бумажном носителе.</w:t>
      </w:r>
    </w:p>
    <w:p w14:paraId="4DEF2C34" w14:textId="77777777" w:rsidR="00E04250" w:rsidRDefault="00ED2AFA">
      <w:pPr>
        <w:pStyle w:val="LegalBody"/>
      </w:pPr>
      <w:r>
        <w:t>27.12. Документы, подписан</w:t>
      </w:r>
      <w:r>
        <w:t>ные усиленной квалифицированной электронной подписью, могут храниться Сторонами в электронной форме без обязательного дублирования на бумажном носителе, если иное не установлено законодательством Российской Федерации.</w:t>
      </w:r>
    </w:p>
    <w:p w14:paraId="6B7FB230" w14:textId="77777777" w:rsidR="00E04250" w:rsidRDefault="00ED2AFA">
      <w:pPr>
        <w:pStyle w:val="LegalBody"/>
      </w:pPr>
      <w:r>
        <w:t>27.13. Если у одной из Сторон отсутств</w:t>
      </w:r>
      <w:r>
        <w:t>ует техническая возможность подписать или направить документ с использованием усиленной квалифицированной электронной подписи, применяется иной порядок подписания и направления документа, предусмотренный настоящей офертой, личным кабинетом Платформы, прост</w:t>
      </w:r>
      <w:r>
        <w:t>ой электронной подписью, email, бумажным документом или отдельным соглашением Сторон.</w:t>
      </w:r>
    </w:p>
    <w:p w14:paraId="1CE3B97A" w14:textId="77777777" w:rsidR="00E04250" w:rsidRDefault="00ED2AFA">
      <w:pPr>
        <w:pStyle w:val="LegalBody"/>
      </w:pPr>
      <w:r>
        <w:t xml:space="preserve">27.14. Платформа вправе определить перечень операторов электронного документооборота, через которых осуществляется обмен электронными документами, включая Контур.Диадок, </w:t>
      </w:r>
      <w:r>
        <w:t>СБИС, Астрал.ЭДО или иные сервисы.</w:t>
      </w:r>
    </w:p>
    <w:p w14:paraId="674F2F4C" w14:textId="77777777" w:rsidR="00E04250" w:rsidRDefault="00ED2AFA">
      <w:pPr>
        <w:pStyle w:val="LegalBody"/>
      </w:pPr>
      <w:r>
        <w:t>27.15. Платформа вправе временно не применять электронный документооборот с отдельным Исполнителем, если Исполнитель не подключён к оператору ЭДО, не имеет действующей усиленной квалифицированной электронной подписи, не п</w:t>
      </w:r>
      <w:r>
        <w:t>одтвердил полномочия подписанта или не обеспечил техническую возможность обмена электронными документами.</w:t>
      </w:r>
    </w:p>
    <w:p w14:paraId="63D6565E" w14:textId="77777777" w:rsidR="00E04250" w:rsidRDefault="00ED2AFA">
      <w:pPr>
        <w:pStyle w:val="LegalBody"/>
      </w:pPr>
      <w:r>
        <w:t>27.16. Использование электронного документооборота не отменяет юридическую силу действий, совершённых Исполнителем в личном кабинете Платформы с испол</w:t>
      </w:r>
      <w:r>
        <w:t>ьзованием простой электронной подписи, если такие действия относятся к обработке Заявок, изменению статусов, загрузке фотоотчётов, отчётов автоподбора, отчётов проверки автомобиля перед покупкой, согласию с Тарифами или иным операционным действиям в Платфо</w:t>
      </w:r>
      <w:r>
        <w:t>рме.</w:t>
      </w:r>
    </w:p>
    <w:p w14:paraId="30BC333C" w14:textId="77777777" w:rsidR="00E04250" w:rsidRDefault="00ED2AFA">
      <w:pPr>
        <w:pStyle w:val="LegalBody"/>
      </w:pPr>
      <w:r>
        <w:t xml:space="preserve">27.17. По соглашению Сторон электронный документооборот может оформляться отдельным соглашением об электронном документообороте. Такое соглашение является частью договорных отношений между Платформой и Исполнителем и применяется совместно с настоящей </w:t>
      </w:r>
      <w:r>
        <w:t>офертой.</w:t>
      </w:r>
    </w:p>
    <w:p w14:paraId="3F064B88" w14:textId="77777777" w:rsidR="00E04250" w:rsidRDefault="00ED2AFA">
      <w:pPr>
        <w:pStyle w:val="LegalBody"/>
      </w:pPr>
      <w:r>
        <w:t>27.18. При противоречии условий отдельного соглашения об электронном документообороте условиям настоящей оферты условия отдельного соглашения применяются в части порядка обмена электронными документами, если иное прямо не предусмотрено таким согла</w:t>
      </w:r>
      <w:r>
        <w:t>шением или настоящей офертой.</w:t>
      </w:r>
    </w:p>
    <w:p w14:paraId="6F8C65DD" w14:textId="77777777" w:rsidR="00E04250" w:rsidRDefault="00ED2AFA">
      <w:pPr>
        <w:pStyle w:val="SectionHeading"/>
      </w:pPr>
      <w:r>
        <w:t>28. ИЗМЕНЕНИЕ ОФЕРТЫ</w:t>
      </w:r>
    </w:p>
    <w:p w14:paraId="782CB7BB" w14:textId="77777777" w:rsidR="00E04250" w:rsidRDefault="00ED2AFA">
      <w:pPr>
        <w:pStyle w:val="LegalBody"/>
      </w:pPr>
      <w:r>
        <w:t>28.1. Платформа вправе изменять настоящую оферту в одностороннем порядке.</w:t>
      </w:r>
    </w:p>
    <w:p w14:paraId="6691893A" w14:textId="77777777" w:rsidR="00E04250" w:rsidRDefault="00ED2AFA">
      <w:pPr>
        <w:pStyle w:val="LegalBody"/>
      </w:pPr>
      <w:r>
        <w:t>28.2. Новая редакция вступает в силу с даты публикации в Платформе и/или на сайте Платформы, если иной срок не указан при публикаци</w:t>
      </w:r>
      <w:r>
        <w:t>и.</w:t>
      </w:r>
    </w:p>
    <w:p w14:paraId="784A5F7E" w14:textId="77777777" w:rsidR="00E04250" w:rsidRDefault="00ED2AFA">
      <w:pPr>
        <w:pStyle w:val="LegalBody"/>
      </w:pPr>
      <w:r>
        <w:t>28.3. Продолжение использования Платформы после публикации новой редакции означает согласие Исполнителя с изменениями.</w:t>
      </w:r>
    </w:p>
    <w:p w14:paraId="583E546A" w14:textId="77777777" w:rsidR="00E04250" w:rsidRDefault="00ED2AFA">
      <w:pPr>
        <w:pStyle w:val="LegalBody"/>
      </w:pPr>
      <w:r>
        <w:t>28.4. Изменения не применяются к уже завершённым Заявкам, если иное прямо не предусмотрено новой редакцией и не улучшает положение Исп</w:t>
      </w:r>
      <w:r>
        <w:t>олнителя.</w:t>
      </w:r>
    </w:p>
    <w:p w14:paraId="6A395939" w14:textId="77777777" w:rsidR="00E04250" w:rsidRDefault="00ED2AFA">
      <w:pPr>
        <w:pStyle w:val="LegalBody"/>
      </w:pPr>
      <w:r>
        <w:lastRenderedPageBreak/>
        <w:t>28.5. Платформа вправе фиксировать редакцию оферты, действовавшую на момент акцепта, получения Лида, принятия Заявки, изменения тарифа или совершения иного юридически значимого действия.</w:t>
      </w:r>
    </w:p>
    <w:p w14:paraId="3520BD12" w14:textId="77777777" w:rsidR="00E04250" w:rsidRDefault="00ED2AFA">
      <w:pPr>
        <w:pStyle w:val="LegalBody"/>
      </w:pPr>
      <w:r>
        <w:t>28.6. Дата публикации новой редакции оферты, Тарифов, прави</w:t>
      </w:r>
      <w:r>
        <w:t>л сервиса, политики обработки персональных данных, соглашения об электронном документообороте или иных правовых документов указывается в соответствующем документе, интерфейсе Платформы, на сайте Платформы или фиксируется в информационной системе Платформы.</w:t>
      </w:r>
    </w:p>
    <w:p w14:paraId="44021B74" w14:textId="77777777" w:rsidR="00E04250" w:rsidRDefault="00ED2AFA">
      <w:pPr>
        <w:pStyle w:val="LegalBody"/>
      </w:pPr>
      <w:r>
        <w:t>28.7. Платформа вправе размещать предыдущие редакции правовых документов на сайте wroomauto.ru/legal/archive, в разделе «Правовые документы», в личном кабинете или иным способом, позволяющим Исполнителю ознакомиться с архивом редакций.</w:t>
      </w:r>
    </w:p>
    <w:p w14:paraId="1FE408A9" w14:textId="77777777" w:rsidR="00E04250" w:rsidRDefault="00ED2AFA">
      <w:pPr>
        <w:pStyle w:val="LegalBody"/>
      </w:pPr>
      <w:r>
        <w:t>28.8. Отсутствие пу</w:t>
      </w:r>
      <w:r>
        <w:t>бличного отображения отдельной предыдущей редакции на сайте не лишает Платформу права доказывать содержание такой редакции данными информационной системы, журналами изменений, архивными копиями, резервными копиями, электронными документами, уведомлениями и</w:t>
      </w:r>
      <w:r>
        <w:t xml:space="preserve"> иными доказательствами.</w:t>
      </w:r>
    </w:p>
    <w:p w14:paraId="0A2CF4DE" w14:textId="77777777" w:rsidR="00E04250" w:rsidRDefault="00ED2AFA">
      <w:pPr>
        <w:pStyle w:val="LegalBody"/>
      </w:pPr>
      <w:r>
        <w:t xml:space="preserve">28.9. К Заявке, Лиду, платной функции, подписке, абонентской плате или иному юридически значимому действию применяется редакция документов и Тарифов, действовавшая на момент совершения соответствующего действия, если иное прямо не </w:t>
      </w:r>
      <w:r>
        <w:t>указано в новой редакции и не ухудшает положение Исполнителя задним числом.</w:t>
      </w:r>
    </w:p>
    <w:p w14:paraId="79BAA856" w14:textId="77777777" w:rsidR="00E04250" w:rsidRDefault="00ED2AFA">
      <w:pPr>
        <w:pStyle w:val="SectionHeading"/>
      </w:pPr>
      <w:r>
        <w:t>29. СРОК ДЕЙСТВИЯ И РАСТОРЖЕНИЕ</w:t>
      </w:r>
    </w:p>
    <w:p w14:paraId="08D8D438" w14:textId="77777777" w:rsidR="00E04250" w:rsidRDefault="00ED2AFA">
      <w:pPr>
        <w:pStyle w:val="LegalBody"/>
      </w:pPr>
      <w:r>
        <w:t>29.1. Договор вступает в силу с момента акцепта Исполнителем оферты и действует до его прекращения.</w:t>
      </w:r>
    </w:p>
    <w:p w14:paraId="01522E42" w14:textId="77777777" w:rsidR="00E04250" w:rsidRDefault="00ED2AFA">
      <w:pPr>
        <w:pStyle w:val="LegalBody"/>
      </w:pPr>
      <w:r>
        <w:t xml:space="preserve">29.2. Исполнитель вправе отказаться от </w:t>
      </w:r>
      <w:r>
        <w:t>договора, направив уведомление через личный кабинет или на email Платформы.</w:t>
      </w:r>
    </w:p>
    <w:p w14:paraId="48C53926" w14:textId="77777777" w:rsidR="00E04250" w:rsidRDefault="00ED2AFA">
      <w:pPr>
        <w:pStyle w:val="LegalBody"/>
      </w:pPr>
      <w:r>
        <w:t>29.3. Платформа вправе прекратить договор с Исполнителем при нарушении настоящей оферты, неоплате, жалобах, рисках для Заказчиков или репутации Платформы.</w:t>
      </w:r>
    </w:p>
    <w:p w14:paraId="512E2FDC" w14:textId="77777777" w:rsidR="00E04250" w:rsidRDefault="00ED2AFA">
      <w:pPr>
        <w:pStyle w:val="LegalBody"/>
      </w:pPr>
      <w:r>
        <w:t>29.4. Прекращение договор</w:t>
      </w:r>
      <w:r>
        <w:t>а не освобождает Стороны от исполнения денежных обязательств, возникших до даты прекращения.</w:t>
      </w:r>
    </w:p>
    <w:p w14:paraId="73EEF40B" w14:textId="77777777" w:rsidR="00E04250" w:rsidRDefault="00ED2AFA">
      <w:pPr>
        <w:pStyle w:val="LegalBody"/>
      </w:pPr>
      <w:r>
        <w:t>29.5. После прекращения договора Исполнитель обязан прекратить использование Платформы, бренда ВРУМ, материалов Платформы и данных Заказчиков, кроме случаев, необх</w:t>
      </w:r>
      <w:r>
        <w:t>одимых для завершения ранее возникших обязательств.</w:t>
      </w:r>
    </w:p>
    <w:p w14:paraId="31154421" w14:textId="77777777" w:rsidR="00E04250" w:rsidRDefault="00ED2AFA">
      <w:pPr>
        <w:pStyle w:val="SectionHeading"/>
      </w:pPr>
      <w:r>
        <w:t>30. РАЗРЕШЕНИЕ СПОРОВ</w:t>
      </w:r>
    </w:p>
    <w:p w14:paraId="17E382D4" w14:textId="77777777" w:rsidR="00E04250" w:rsidRDefault="00ED2AFA">
      <w:pPr>
        <w:pStyle w:val="LegalBody"/>
      </w:pPr>
      <w:r>
        <w:t>30.1. Стороны обязуются принимать меры к досудебному урегулированию споров.</w:t>
      </w:r>
    </w:p>
    <w:p w14:paraId="0E1EB485" w14:textId="77777777" w:rsidR="00E04250" w:rsidRDefault="00ED2AFA">
      <w:pPr>
        <w:pStyle w:val="LegalBody"/>
      </w:pPr>
      <w:r>
        <w:t>30.2. Претензии направляются через личный кабинет, email или иным способом, позволяющим подтвердить направ</w:t>
      </w:r>
      <w:r>
        <w:t>ление.</w:t>
      </w:r>
    </w:p>
    <w:p w14:paraId="4AFFF9F4" w14:textId="77777777" w:rsidR="00E04250" w:rsidRDefault="00ED2AFA">
      <w:pPr>
        <w:pStyle w:val="LegalBody"/>
      </w:pPr>
      <w:r>
        <w:t>30.3. Срок ответа на претензию составляет 10 рабочих дней.</w:t>
      </w:r>
    </w:p>
    <w:p w14:paraId="5924E2DA" w14:textId="77777777" w:rsidR="00E04250" w:rsidRDefault="00ED2AFA">
      <w:pPr>
        <w:pStyle w:val="LegalBody"/>
      </w:pPr>
      <w:r>
        <w:t>30.4. Споры между Платформой и Исполнителем подлежат рассмотрению в арбитражном суде по месту нахождения Платформы, если иное не установлено императивными нормами закона.</w:t>
      </w:r>
    </w:p>
    <w:p w14:paraId="771F9D88" w14:textId="77777777" w:rsidR="00E04250" w:rsidRDefault="00ED2AFA">
      <w:r>
        <w:t>30.5. Споры между З</w:t>
      </w:r>
      <w:r>
        <w:t>аказчиком и Исполнителем по качеству, срокам, повреждению автомобиля, автоподбору, проверке автомобиля перед покупкой, возвратам, гарантиям и иным вопросам фактического оказания услуг разрешаются между Заказчиком и Исполнителем. ВРУМ вправе предоставить те</w:t>
      </w:r>
      <w:r>
        <w:t>хнический канал коммуникации и модерации, но не становится стороной такого спора по существу оказанной услуги.</w:t>
      </w:r>
    </w:p>
    <w:p w14:paraId="12EB7088" w14:textId="77777777" w:rsidR="00E04250" w:rsidRDefault="00ED2AFA">
      <w:pPr>
        <w:pStyle w:val="SectionHeading"/>
      </w:pPr>
      <w:r>
        <w:lastRenderedPageBreak/>
        <w:t>31. ЗАКЛЮЧИТЕЛЬНЫЕ ПОЛОЖЕНИЯ</w:t>
      </w:r>
    </w:p>
    <w:p w14:paraId="6D48CA46" w14:textId="77777777" w:rsidR="00E04250" w:rsidRDefault="00ED2AFA">
      <w:pPr>
        <w:pStyle w:val="LegalBody"/>
      </w:pPr>
      <w:r>
        <w:t xml:space="preserve">31.1. Исполнитель подтверждает, что действует самостоятельно, на свой риск, не является работником, представителем, </w:t>
      </w:r>
      <w:r>
        <w:t>филиалом, подразделением, агентом по продажам или зависимым лицом Платформы, если иное прямо не указано в отдельном соглашении.</w:t>
      </w:r>
    </w:p>
    <w:p w14:paraId="1C84DA77" w14:textId="77777777" w:rsidR="00E04250" w:rsidRDefault="00ED2AFA">
      <w:pPr>
        <w:pStyle w:val="LegalBody"/>
      </w:pPr>
      <w:r>
        <w:t>31.2. Исполнитель не вправе использовать товарные знаки, логотипы, фирменное наименование, дизайн, материалы и иные объекты Плат</w:t>
      </w:r>
      <w:r>
        <w:t>формы без письменного согласия Платформы.</w:t>
      </w:r>
    </w:p>
    <w:p w14:paraId="2FBDC499" w14:textId="77777777" w:rsidR="00E04250" w:rsidRDefault="00ED2AFA">
      <w:pPr>
        <w:pStyle w:val="LegalBody"/>
      </w:pPr>
      <w:r>
        <w:t>31.3. Во всём, что не урегулировано настоящей офертой, Стороны руководствуются законодательством Российской Федерации.</w:t>
      </w:r>
    </w:p>
    <w:p w14:paraId="1E2BF25B" w14:textId="77777777" w:rsidR="00E04250" w:rsidRDefault="00ED2AFA">
      <w:pPr>
        <w:pStyle w:val="LegalBody"/>
      </w:pPr>
      <w:r>
        <w:t>31.4. Недействительность отдельного положения настоящей оферты не влечёт недействительность ост</w:t>
      </w:r>
      <w:r>
        <w:t>альных положений.</w:t>
      </w:r>
    </w:p>
    <w:p w14:paraId="16FD5F8F" w14:textId="77777777" w:rsidR="00E04250" w:rsidRDefault="00ED2AFA">
      <w:pPr>
        <w:pStyle w:val="LegalBody"/>
      </w:pPr>
      <w:r>
        <w:t>31.5. Заголовки разделов используются для удобства и не влияют на толкование условий оферты.</w:t>
      </w:r>
    </w:p>
    <w:p w14:paraId="1147A3E7" w14:textId="77777777" w:rsidR="00E04250" w:rsidRDefault="00ED2AFA">
      <w:r>
        <w:t>31.6. Исполнитель подтверждает, что понимает различие между услугами Платформы и услугами Исполнителя: Платформа предоставляет инфраструктуру, аг</w:t>
      </w:r>
      <w:r>
        <w:t>ентский приём оплаты, техническое сопровождение, цифровой гараж и иные цифровые функции, а Исполнитель самостоятельно оказывает фактические услуги Заказчику.</w:t>
      </w:r>
    </w:p>
    <w:p w14:paraId="04679C2E" w14:textId="77777777" w:rsidR="00E04250" w:rsidRDefault="00ED2AFA">
      <w:pPr>
        <w:pStyle w:val="SectionHeading"/>
      </w:pPr>
      <w:r>
        <w:t>32. РЕКВИЗИТЫ ПЛАТФОРМЫ</w:t>
      </w:r>
    </w:p>
    <w:p w14:paraId="15DF3A39" w14:textId="77777777" w:rsidR="00E04250" w:rsidRDefault="00ED2AFA">
      <w:pPr>
        <w:pStyle w:val="LegalBody"/>
      </w:pPr>
      <w:r>
        <w:t>Общество с ограниченной ответственностью «ТЕХНОЛОГИКА54»</w:t>
      </w:r>
    </w:p>
    <w:p w14:paraId="2FC96850" w14:textId="77777777" w:rsidR="00E04250" w:rsidRDefault="00ED2AFA">
      <w:pPr>
        <w:pStyle w:val="LegalBody"/>
      </w:pPr>
      <w:r>
        <w:t>ИНН/КПП: 54730252</w:t>
      </w:r>
      <w:r>
        <w:t>80 / 547301001</w:t>
      </w:r>
    </w:p>
    <w:p w14:paraId="5CB3831A" w14:textId="77777777" w:rsidR="00E04250" w:rsidRDefault="00ED2AFA">
      <w:pPr>
        <w:pStyle w:val="LegalBody"/>
      </w:pPr>
      <w:r>
        <w:t>ОГРН: 1265400010534</w:t>
      </w:r>
    </w:p>
    <w:p w14:paraId="6DB96591" w14:textId="77777777" w:rsidR="00E04250" w:rsidRDefault="00ED2AFA">
      <w:pPr>
        <w:pStyle w:val="LegalBody"/>
      </w:pPr>
      <w:r>
        <w:t>Адрес местонахождения: 630056, Новосибирская область, г. Новосибирск, ул. Варшавская, дом 5</w:t>
      </w:r>
    </w:p>
    <w:p w14:paraId="7C7A65CE" w14:textId="77777777" w:rsidR="00E04250" w:rsidRDefault="00ED2AFA">
      <w:pPr>
        <w:pStyle w:val="LegalBody"/>
      </w:pPr>
      <w:r>
        <w:t>Расчётный счёт: 40702810144750005634</w:t>
      </w:r>
    </w:p>
    <w:p w14:paraId="7EA09308" w14:textId="77777777" w:rsidR="00E04250" w:rsidRDefault="00ED2AFA">
      <w:pPr>
        <w:pStyle w:val="LegalBody"/>
      </w:pPr>
      <w:r>
        <w:t>Банк: СИБИРСКИЙ БАНК ПАО СБЕРБАНК</w:t>
      </w:r>
    </w:p>
    <w:p w14:paraId="71359C34" w14:textId="77777777" w:rsidR="00E04250" w:rsidRDefault="00ED2AFA">
      <w:pPr>
        <w:pStyle w:val="LegalBody"/>
      </w:pPr>
      <w:r>
        <w:t>БИК: 045004641</w:t>
      </w:r>
    </w:p>
    <w:p w14:paraId="30B6724C" w14:textId="77777777" w:rsidR="00E04250" w:rsidRDefault="00ED2AFA">
      <w:pPr>
        <w:pStyle w:val="LegalBody"/>
      </w:pPr>
      <w:r>
        <w:t>Корреспондентский счёт: 3010181050000000064</w:t>
      </w:r>
      <w:r>
        <w:t>1</w:t>
      </w:r>
    </w:p>
    <w:p w14:paraId="624BADBE" w14:textId="77777777" w:rsidR="00E04250" w:rsidRDefault="00ED2AFA">
      <w:pPr>
        <w:pStyle w:val="LegalBody"/>
      </w:pPr>
      <w:r>
        <w:t>ИНН/КПП банка: 7707083893 / 540643001</w:t>
      </w:r>
    </w:p>
    <w:p w14:paraId="0C552D97" w14:textId="77777777" w:rsidR="00E04250" w:rsidRDefault="00ED2AFA">
      <w:pPr>
        <w:pStyle w:val="LegalBody"/>
      </w:pPr>
      <w:r>
        <w:t>Тел.: 8 913 705 69 69</w:t>
      </w:r>
    </w:p>
    <w:p w14:paraId="3AC2ABFC" w14:textId="77777777" w:rsidR="00E04250" w:rsidRDefault="00ED2AFA">
      <w:pPr>
        <w:pStyle w:val="LegalBody"/>
      </w:pPr>
      <w:r>
        <w:t>E-mail: igor323743@gmail.com</w:t>
      </w:r>
    </w:p>
    <w:p w14:paraId="594CA9E1" w14:textId="77777777" w:rsidR="00E04250" w:rsidRDefault="00ED2AFA">
      <w:pPr>
        <w:pStyle w:val="LegalBody"/>
      </w:pPr>
      <w:r>
        <w:t>Сайт: wroomauto.ru</w:t>
      </w:r>
    </w:p>
    <w:p w14:paraId="6D1DF394" w14:textId="77777777" w:rsidR="00E04250" w:rsidRDefault="00ED2AFA">
      <w:pPr>
        <w:pStyle w:val="LegalBody"/>
      </w:pPr>
      <w:r>
        <w:t>Мобильное приложение: «ВРУМ»</w:t>
      </w:r>
    </w:p>
    <w:p w14:paraId="3116629D" w14:textId="77777777" w:rsidR="00E04250" w:rsidRDefault="00ED2AFA">
      <w:pPr>
        <w:pStyle w:val="LegalBody"/>
        <w:jc w:val="left"/>
      </w:pPr>
      <w:r>
        <w:t>Генеральный директор</w:t>
      </w:r>
    </w:p>
    <w:p w14:paraId="42D1DF9A" w14:textId="77777777" w:rsidR="00E04250" w:rsidRDefault="00ED2AFA">
      <w:pPr>
        <w:pStyle w:val="LegalBody"/>
        <w:jc w:val="left"/>
      </w:pPr>
      <w:r>
        <w:t>________________ / Фейгин Игорь Валерьевич /</w:t>
      </w:r>
    </w:p>
    <w:p w14:paraId="087BE420" w14:textId="77777777" w:rsidR="00E04250" w:rsidRDefault="00ED2AFA">
      <w:pPr>
        <w:pStyle w:val="LegalBody"/>
        <w:jc w:val="left"/>
      </w:pPr>
      <w:r>
        <w:t>М.П.</w:t>
      </w:r>
    </w:p>
    <w:p w14:paraId="13EB568D" w14:textId="77777777" w:rsidR="00E04250" w:rsidRDefault="00E04250"/>
    <w:p w14:paraId="4664182B" w14:textId="77777777" w:rsidR="00E04250" w:rsidRDefault="00E04250"/>
    <w:p w14:paraId="09000543" w14:textId="77777777" w:rsidR="00E04250" w:rsidRDefault="00E04250"/>
    <w:sectPr w:rsidR="00E04250" w:rsidSect="00034616">
      <w:footerReference w:type="default" r:id="rId8"/>
      <w:pgSz w:w="12240" w:h="15840"/>
      <w:pgMar w:top="1134" w:right="1020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C32B8" w14:textId="77777777" w:rsidR="00ED2AFA" w:rsidRDefault="00ED2AFA">
      <w:pPr>
        <w:spacing w:after="0" w:line="240" w:lineRule="auto"/>
      </w:pPr>
      <w:r>
        <w:separator/>
      </w:r>
    </w:p>
  </w:endnote>
  <w:endnote w:type="continuationSeparator" w:id="0">
    <w:p w14:paraId="35DDF90B" w14:textId="77777777" w:rsidR="00ED2AFA" w:rsidRDefault="00ED2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B40B3" w14:textId="77777777" w:rsidR="00E04250" w:rsidRDefault="00ED2AFA">
    <w:pPr>
      <w:pStyle w:val="a7"/>
      <w:jc w:val="center"/>
    </w:pPr>
    <w:r>
      <w:rPr>
        <w:sz w:val="18"/>
      </w:rPr>
      <w:t xml:space="preserve">ВРУМ — договор-оферта для исполнителей | стр. </w:t>
    </w:r>
    <w:r>
      <w:fldChar w:fldCharType="begin"/>
    </w:r>
    <w:r>
      <w:instrText>PAGE</w:instrText>
    </w:r>
    <w:r w:rsidR="00C82118">
      <w:fldChar w:fldCharType="separate"/>
    </w:r>
    <w:r w:rsidR="00C8211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7C84" w14:textId="77777777" w:rsidR="00ED2AFA" w:rsidRDefault="00ED2AFA">
      <w:pPr>
        <w:spacing w:after="0" w:line="240" w:lineRule="auto"/>
      </w:pPr>
      <w:r>
        <w:separator/>
      </w:r>
    </w:p>
  </w:footnote>
  <w:footnote w:type="continuationSeparator" w:id="0">
    <w:p w14:paraId="7DE737B6" w14:textId="77777777" w:rsidR="00ED2AFA" w:rsidRDefault="00ED2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82118"/>
    <w:rsid w:val="00CB0664"/>
    <w:rsid w:val="00E04250"/>
    <w:rsid w:val="00ED2A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CD35F1"/>
  <w14:defaultImageDpi w14:val="300"/>
  <w15:docId w15:val="{9C65BAB9-4EFD-4DB2-98B4-ABA3CAF2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Title">
    <w:name w:val="Legal Title"/>
    <w:pPr>
      <w:spacing w:after="120"/>
      <w:jc w:val="center"/>
    </w:pPr>
    <w:rPr>
      <w:rFonts w:ascii="Times New Roman" w:eastAsia="Times New Roman" w:hAnsi="Times New Roman"/>
      <w:b/>
      <w:sz w:val="30"/>
    </w:rPr>
  </w:style>
  <w:style w:type="paragraph" w:customStyle="1" w:styleId="LegalSubtitle">
    <w:name w:val="Legal Subtitle"/>
    <w:pPr>
      <w:spacing w:after="120"/>
      <w:jc w:val="center"/>
    </w:pPr>
    <w:rPr>
      <w:rFonts w:ascii="Times New Roman" w:eastAsia="Times New Roman" w:hAnsi="Times New Roman"/>
      <w:sz w:val="24"/>
    </w:rPr>
  </w:style>
  <w:style w:type="paragraph" w:customStyle="1" w:styleId="SectionHeading">
    <w:name w:val="Section Heading"/>
    <w:pPr>
      <w:keepNext/>
      <w:spacing w:before="240" w:after="120"/>
    </w:pPr>
    <w:rPr>
      <w:rFonts w:ascii="Times New Roman" w:eastAsia="Times New Roman" w:hAnsi="Times New Roman"/>
      <w:b/>
      <w:sz w:val="24"/>
    </w:rPr>
  </w:style>
  <w:style w:type="paragraph" w:customStyle="1" w:styleId="LegalBody">
    <w:name w:val="Legal Body"/>
    <w:pPr>
      <w:spacing w:after="60"/>
      <w:jc w:val="both"/>
    </w:pPr>
    <w:rPr>
      <w:rFonts w:ascii="Times New Roman" w:eastAsia="Times New Roman" w:hAnsi="Times New Roman"/>
    </w:rPr>
  </w:style>
  <w:style w:type="paragraph" w:customStyle="1" w:styleId="LegalURL">
    <w:name w:val="Legal URL"/>
    <w:pPr>
      <w:spacing w:after="120"/>
      <w:jc w:val="center"/>
    </w:pPr>
    <w:rPr>
      <w:rFonts w:ascii="Times New Roman" w:eastAsia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14411</Words>
  <Characters>82147</Characters>
  <Application>Microsoft Office Word</Application>
  <DocSecurity>0</DocSecurity>
  <Lines>684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Договор-оферта о подключении исполнителя автоуслуг к платформе «ВРУМ»</dc:title>
  <dc:subject>Оферта для исполнителей ВРУМ</dc:subject>
  <dc:creator>ООО «ТЕХНОЛОГИКА54»</dc:creator>
  <cp:keywords>ВРУМ, оферта, исполнители, агентская модель</cp:keywords>
  <dc:description/>
  <cp:lastModifiedBy>OOO XMO</cp:lastModifiedBy>
  <cp:revision>2</cp:revision>
  <dcterms:created xsi:type="dcterms:W3CDTF">2026-07-16T04:41:00Z</dcterms:created>
  <dcterms:modified xsi:type="dcterms:W3CDTF">2026-07-16T04:41:00Z</dcterms:modified>
  <cp:category/>
</cp:coreProperties>
</file>